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07BE1" w14:textId="77777777" w:rsidR="00DE25C9" w:rsidRDefault="00EB4927">
      <w:pPr>
        <w:jc w:val="center"/>
        <w:rPr>
          <w:b/>
          <w:sz w:val="60"/>
          <w:lang w:val="ca-ES"/>
        </w:rPr>
      </w:pPr>
      <w:r w:rsidRPr="0097359B">
        <w:rPr>
          <w:lang w:val="ca-ES"/>
        </w:rPr>
        <w:br/>
      </w:r>
      <w:r w:rsidRPr="0097359B">
        <w:rPr>
          <w:lang w:val="ca-ES"/>
        </w:rPr>
        <w:br/>
      </w:r>
      <w:r w:rsidRPr="0097359B">
        <w:rPr>
          <w:lang w:val="ca-ES"/>
        </w:rPr>
        <w:br/>
      </w:r>
    </w:p>
    <w:p w14:paraId="21A5A1E8" w14:textId="6ACA55F5" w:rsidR="004751FB" w:rsidRPr="0097359B" w:rsidRDefault="00EB4927">
      <w:pPr>
        <w:jc w:val="center"/>
        <w:rPr>
          <w:lang w:val="ca-ES"/>
        </w:rPr>
      </w:pPr>
      <w:r w:rsidRPr="0097359B">
        <w:rPr>
          <w:b/>
          <w:sz w:val="60"/>
          <w:lang w:val="ca-ES"/>
        </w:rPr>
        <w:t>PLA D’EMPRESA</w:t>
      </w:r>
    </w:p>
    <w:p w14:paraId="21A5A1E9" w14:textId="77777777" w:rsidR="004751FB" w:rsidRPr="0097359B" w:rsidRDefault="00EB4927">
      <w:pPr>
        <w:jc w:val="center"/>
        <w:rPr>
          <w:lang w:val="ca-ES"/>
        </w:rPr>
      </w:pPr>
      <w:r w:rsidRPr="0097359B">
        <w:rPr>
          <w:sz w:val="30"/>
          <w:lang w:val="ca-ES"/>
        </w:rPr>
        <w:t>Plantilla per desenvolupar un projecte empresarial</w:t>
      </w:r>
    </w:p>
    <w:p w14:paraId="21A5A1EA" w14:textId="77777777" w:rsidR="000A5A6A" w:rsidRPr="0097359B" w:rsidRDefault="000A5A6A">
      <w:pPr>
        <w:jc w:val="center"/>
        <w:rPr>
          <w:lang w:val="ca-ES"/>
        </w:rPr>
      </w:pPr>
    </w:p>
    <w:p w14:paraId="21A5A1EB" w14:textId="77777777" w:rsidR="000A5A6A" w:rsidRPr="0097359B" w:rsidRDefault="00EB4927">
      <w:pPr>
        <w:jc w:val="center"/>
        <w:rPr>
          <w:lang w:val="ca-ES"/>
        </w:rPr>
      </w:pPr>
      <w:r w:rsidRPr="0097359B">
        <w:rPr>
          <w:lang w:val="ca-ES"/>
        </w:rPr>
        <w:br/>
      </w:r>
      <w:r w:rsidRPr="0097359B">
        <w:rPr>
          <w:lang w:val="ca-ES"/>
        </w:rPr>
        <w:br/>
      </w:r>
      <w:r w:rsidRPr="0097359B">
        <w:rPr>
          <w:b/>
          <w:sz w:val="40"/>
          <w:lang w:val="ca-ES"/>
        </w:rPr>
        <w:t>NOM DEL PROJECTE</w:t>
      </w:r>
      <w:r w:rsidRPr="0097359B">
        <w:rPr>
          <w:b/>
          <w:sz w:val="40"/>
          <w:lang w:val="ca-ES"/>
        </w:rPr>
        <w:br/>
      </w:r>
      <w:r w:rsidRPr="0097359B">
        <w:rPr>
          <w:lang w:val="ca-ES"/>
        </w:rPr>
        <w:br/>
        <w:t xml:space="preserve"> ____________________________________</w:t>
      </w:r>
    </w:p>
    <w:p w14:paraId="21A5A1EC" w14:textId="77777777" w:rsidR="000A5A6A" w:rsidRPr="0097359B" w:rsidRDefault="000A5A6A">
      <w:pPr>
        <w:jc w:val="center"/>
        <w:rPr>
          <w:lang w:val="ca-ES"/>
        </w:rPr>
      </w:pPr>
    </w:p>
    <w:p w14:paraId="21A5A1ED" w14:textId="77777777" w:rsidR="000A5A6A" w:rsidRPr="0097359B" w:rsidRDefault="000A5A6A">
      <w:pPr>
        <w:jc w:val="center"/>
        <w:rPr>
          <w:lang w:val="ca-ES"/>
        </w:rPr>
      </w:pPr>
    </w:p>
    <w:p w14:paraId="21A5A1EE" w14:textId="77777777" w:rsidR="000A5A6A" w:rsidRPr="0097359B" w:rsidRDefault="000A5A6A">
      <w:pPr>
        <w:jc w:val="center"/>
        <w:rPr>
          <w:lang w:val="ca-ES"/>
        </w:rPr>
      </w:pPr>
    </w:p>
    <w:p w14:paraId="21A5A1EF" w14:textId="77777777" w:rsidR="004751FB" w:rsidRPr="0097359B" w:rsidRDefault="00EB4927">
      <w:pPr>
        <w:jc w:val="center"/>
        <w:rPr>
          <w:lang w:val="ca-ES"/>
        </w:rPr>
      </w:pPr>
      <w:r w:rsidRPr="0097359B">
        <w:rPr>
          <w:lang w:val="ca-ES"/>
        </w:rPr>
        <w:br/>
        <w:t>Data: ____________________</w:t>
      </w:r>
      <w:r w:rsidRPr="0097359B">
        <w:rPr>
          <w:lang w:val="ca-ES"/>
        </w:rPr>
        <w:br/>
      </w:r>
      <w:r w:rsidRPr="0097359B">
        <w:rPr>
          <w:lang w:val="ca-ES"/>
        </w:rPr>
        <w:br/>
      </w:r>
    </w:p>
    <w:p w14:paraId="21A5A1F0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br w:type="page"/>
      </w:r>
    </w:p>
    <w:p w14:paraId="76F5B144" w14:textId="77777777" w:rsidR="008337B6" w:rsidRDefault="008337B6">
      <w:pPr>
        <w:pStyle w:val="Ttulo1"/>
        <w:rPr>
          <w:lang w:val="ca-ES"/>
        </w:rPr>
      </w:pPr>
    </w:p>
    <w:p w14:paraId="21A5A1F1" w14:textId="69F1A938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t>Índex</w:t>
      </w:r>
    </w:p>
    <w:p w14:paraId="21A5A1F2" w14:textId="77777777" w:rsidR="00EB4927" w:rsidRPr="0097359B" w:rsidRDefault="00EB4927" w:rsidP="00EB4927">
      <w:pPr>
        <w:rPr>
          <w:lang w:val="ca-ES"/>
        </w:rPr>
      </w:pPr>
    </w:p>
    <w:p w14:paraId="21A5A1F3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1. Resum executiu</w:t>
      </w:r>
    </w:p>
    <w:p w14:paraId="21A5A1F4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 xml:space="preserve">2. </w:t>
      </w:r>
      <w:r w:rsidR="0097359B" w:rsidRPr="00BE6860">
        <w:rPr>
          <w:sz w:val="24"/>
          <w:szCs w:val="24"/>
          <w:lang w:val="ca-ES"/>
        </w:rPr>
        <w:t>La persona emprenedora o equip promotor</w:t>
      </w:r>
    </w:p>
    <w:p w14:paraId="21A5A1F5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 xml:space="preserve">3. </w:t>
      </w:r>
      <w:r w:rsidR="0097359B" w:rsidRPr="00BE6860">
        <w:rPr>
          <w:sz w:val="24"/>
          <w:szCs w:val="24"/>
          <w:lang w:val="ca-ES"/>
        </w:rPr>
        <w:t>El projecte empresarial</w:t>
      </w:r>
    </w:p>
    <w:p w14:paraId="21A5A1F6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4. Anàlisi del mercat</w:t>
      </w:r>
    </w:p>
    <w:p w14:paraId="21A5A1F7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5. Anàlisi del client</w:t>
      </w:r>
    </w:p>
    <w:p w14:paraId="21A5A1F8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6. Anàlisi de la competència</w:t>
      </w:r>
    </w:p>
    <w:p w14:paraId="21A5A1F9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7. Anàlisi DAFO</w:t>
      </w:r>
    </w:p>
    <w:p w14:paraId="21A5A1FA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8. Model de negoci</w:t>
      </w:r>
    </w:p>
    <w:p w14:paraId="21A5A1FB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9. Pla comercial i de màrqueting</w:t>
      </w:r>
    </w:p>
    <w:p w14:paraId="21A5A1FC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10. Pla d’operacions</w:t>
      </w:r>
    </w:p>
    <w:p w14:paraId="21A5A1FD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11. Organització i recursos humans</w:t>
      </w:r>
    </w:p>
    <w:p w14:paraId="21A5A1FE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12. Forma jurídica i aspectes legals</w:t>
      </w:r>
    </w:p>
    <w:p w14:paraId="21A5A1FF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13. Pla d’inversions</w:t>
      </w:r>
    </w:p>
    <w:p w14:paraId="21A5A200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14. Pla de finançament</w:t>
      </w:r>
    </w:p>
    <w:p w14:paraId="21A5A201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15. Pla econòmic i financer</w:t>
      </w:r>
    </w:p>
    <w:p w14:paraId="21A5A202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1</w:t>
      </w:r>
      <w:r w:rsidR="00E00F72" w:rsidRPr="00BE6860">
        <w:rPr>
          <w:sz w:val="24"/>
          <w:szCs w:val="24"/>
          <w:lang w:val="ca-ES"/>
        </w:rPr>
        <w:t>6</w:t>
      </w:r>
      <w:r w:rsidRPr="00BE6860">
        <w:rPr>
          <w:sz w:val="24"/>
          <w:szCs w:val="24"/>
          <w:lang w:val="ca-ES"/>
        </w:rPr>
        <w:t>. Pla d’implementació</w:t>
      </w:r>
    </w:p>
    <w:p w14:paraId="21A5A203" w14:textId="77777777" w:rsidR="004751FB" w:rsidRPr="00BE6860" w:rsidRDefault="00EB4927">
      <w:pPr>
        <w:rPr>
          <w:sz w:val="24"/>
          <w:szCs w:val="24"/>
          <w:lang w:val="ca-ES"/>
        </w:rPr>
      </w:pPr>
      <w:r w:rsidRPr="00BE6860">
        <w:rPr>
          <w:sz w:val="24"/>
          <w:szCs w:val="24"/>
          <w:lang w:val="ca-ES"/>
        </w:rPr>
        <w:t>Annexos</w:t>
      </w:r>
    </w:p>
    <w:p w14:paraId="21A5A204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br/>
      </w:r>
      <w:r w:rsidRPr="0097359B">
        <w:rPr>
          <w:lang w:val="ca-ES"/>
        </w:rPr>
        <w:br w:type="page"/>
      </w:r>
    </w:p>
    <w:p w14:paraId="21A5A205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1. RESUM EXECUTIU</w:t>
      </w:r>
    </w:p>
    <w:p w14:paraId="21A5A207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Explica en què consisteix el negoci, què oferirà i com funcionarà.</w:t>
      </w:r>
      <w:r w:rsidR="006510D4" w:rsidRPr="0097359B">
        <w:rPr>
          <w:lang w:val="ca-ES"/>
        </w:rPr>
        <w:t xml:space="preserve"> </w:t>
      </w:r>
      <w:r w:rsidRPr="0097359B">
        <w:rPr>
          <w:lang w:val="ca-ES"/>
        </w:rPr>
        <w:t>Quina necessitat o oportunitat de mercat has detectat?</w:t>
      </w:r>
      <w:r w:rsidR="006510D4" w:rsidRPr="0097359B">
        <w:rPr>
          <w:lang w:val="ca-ES"/>
        </w:rPr>
        <w:t xml:space="preserve"> Quina és la p</w:t>
      </w:r>
      <w:r w:rsidRPr="0097359B">
        <w:rPr>
          <w:lang w:val="ca-ES"/>
        </w:rPr>
        <w:t>roposta de valor</w:t>
      </w:r>
      <w:r w:rsidR="006510D4" w:rsidRPr="0097359B">
        <w:rPr>
          <w:lang w:val="ca-ES"/>
        </w:rPr>
        <w:t xml:space="preserve">. </w:t>
      </w:r>
      <w:r w:rsidRPr="0097359B">
        <w:rPr>
          <w:lang w:val="ca-ES"/>
        </w:rPr>
        <w:t>Què oferiràs al client i quin benefici obtindrà?</w:t>
      </w:r>
      <w:r w:rsidR="006510D4" w:rsidRPr="0097359B">
        <w:rPr>
          <w:lang w:val="ca-ES"/>
        </w:rPr>
        <w:t xml:space="preserve"> </w:t>
      </w:r>
      <w:r w:rsidRPr="0097359B">
        <w:rPr>
          <w:lang w:val="ca-ES"/>
        </w:rPr>
        <w:t>Defineix els objectius comercials, econòmics i de creixement.</w:t>
      </w:r>
      <w:r w:rsidR="006510D4" w:rsidRPr="0097359B">
        <w:rPr>
          <w:lang w:val="ca-ES"/>
        </w:rPr>
        <w:t xml:space="preserve"> </w:t>
      </w:r>
      <w:r w:rsidRPr="0097359B">
        <w:rPr>
          <w:lang w:val="ca-ES"/>
        </w:rPr>
        <w:t>Indica la inversió inicial, recursos propis i finançament extern.</w:t>
      </w:r>
      <w:r w:rsidR="006510D4" w:rsidRPr="0097359B">
        <w:rPr>
          <w:lang w:val="ca-ES"/>
        </w:rPr>
        <w:t xml:space="preserve"> L</w:t>
      </w:r>
      <w:r w:rsidRPr="0097359B">
        <w:rPr>
          <w:lang w:val="ca-ES"/>
        </w:rPr>
        <w:t>es principals conclusions</w:t>
      </w:r>
      <w:r w:rsidR="006510D4" w:rsidRPr="0097359B">
        <w:rPr>
          <w:lang w:val="ca-ES"/>
        </w:rPr>
        <w:t xml:space="preserve"> sobre la viabilitat</w:t>
      </w:r>
      <w:r w:rsidRPr="0097359B">
        <w:rPr>
          <w:lang w:val="ca-ES"/>
        </w:rPr>
        <w:t xml:space="preserve"> del pla.</w:t>
      </w:r>
    </w:p>
    <w:p w14:paraId="21A5A208" w14:textId="77777777" w:rsidR="004751FB" w:rsidRPr="0097359B" w:rsidRDefault="004751FB">
      <w:pPr>
        <w:rPr>
          <w:lang w:val="ca-ES"/>
        </w:rPr>
      </w:pPr>
    </w:p>
    <w:p w14:paraId="21A5A209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br w:type="page"/>
      </w:r>
    </w:p>
    <w:p w14:paraId="21A5A20A" w14:textId="77777777" w:rsidR="00EB4927" w:rsidRPr="0097359B" w:rsidRDefault="00EB4927" w:rsidP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2. LA PERSONA EMPRENEDORA O EQUIP PROMOTOR</w:t>
      </w:r>
    </w:p>
    <w:p w14:paraId="21A5A20B" w14:textId="77777777" w:rsidR="000A5A6A" w:rsidRPr="0097359B" w:rsidRDefault="000A5A6A" w:rsidP="000A5A6A">
      <w:pPr>
        <w:rPr>
          <w:lang w:val="ca-ES"/>
        </w:rPr>
      </w:pPr>
    </w:p>
    <w:p w14:paraId="21A5A20C" w14:textId="77777777" w:rsidR="000B4DD2" w:rsidRPr="0097359B" w:rsidRDefault="000B4DD2" w:rsidP="000B4DD2">
      <w:pPr>
        <w:pStyle w:val="Ttulo2"/>
        <w:rPr>
          <w:lang w:val="ca-ES"/>
        </w:rPr>
      </w:pPr>
      <w:r w:rsidRPr="0097359B">
        <w:rPr>
          <w:lang w:val="ca-ES"/>
        </w:rPr>
        <w:t>2.1 Dades de cada persona emprenedora</w:t>
      </w:r>
    </w:p>
    <w:p w14:paraId="21A5A20E" w14:textId="77777777" w:rsidR="000B4DD2" w:rsidRPr="0097359B" w:rsidRDefault="000B4DD2" w:rsidP="004F4859">
      <w:pPr>
        <w:spacing w:after="120" w:line="240" w:lineRule="auto"/>
        <w:rPr>
          <w:lang w:val="ca-ES"/>
        </w:rPr>
      </w:pPr>
      <w:r w:rsidRPr="0097359B">
        <w:rPr>
          <w:lang w:val="ca-ES"/>
        </w:rPr>
        <w:t xml:space="preserve">Nom i cognoms: </w:t>
      </w:r>
    </w:p>
    <w:p w14:paraId="21A5A20F" w14:textId="77777777" w:rsidR="000B4DD2" w:rsidRPr="0097359B" w:rsidRDefault="000B4DD2" w:rsidP="004F4859">
      <w:pPr>
        <w:spacing w:after="120" w:line="240" w:lineRule="auto"/>
        <w:rPr>
          <w:lang w:val="ca-ES"/>
        </w:rPr>
      </w:pPr>
      <w:r w:rsidRPr="0097359B">
        <w:rPr>
          <w:lang w:val="ca-ES"/>
        </w:rPr>
        <w:t>Adreça:</w:t>
      </w:r>
    </w:p>
    <w:p w14:paraId="21A5A210" w14:textId="77777777" w:rsidR="000B4DD2" w:rsidRPr="0097359B" w:rsidRDefault="000B4DD2" w:rsidP="004F4859">
      <w:pPr>
        <w:spacing w:after="120" w:line="240" w:lineRule="auto"/>
        <w:rPr>
          <w:lang w:val="ca-ES"/>
        </w:rPr>
      </w:pPr>
      <w:r w:rsidRPr="0097359B">
        <w:rPr>
          <w:lang w:val="ca-ES"/>
        </w:rPr>
        <w:t>Codi Postal:</w:t>
      </w:r>
    </w:p>
    <w:p w14:paraId="21A5A211" w14:textId="77777777" w:rsidR="000B4DD2" w:rsidRPr="0097359B" w:rsidRDefault="000B4DD2" w:rsidP="004F4859">
      <w:pPr>
        <w:spacing w:after="120" w:line="240" w:lineRule="auto"/>
        <w:rPr>
          <w:lang w:val="ca-ES"/>
        </w:rPr>
      </w:pPr>
      <w:r w:rsidRPr="0097359B">
        <w:rPr>
          <w:lang w:val="ca-ES"/>
        </w:rPr>
        <w:t>Localitat:</w:t>
      </w:r>
    </w:p>
    <w:p w14:paraId="21A5A212" w14:textId="77777777" w:rsidR="000B4DD2" w:rsidRPr="0097359B" w:rsidRDefault="000B4DD2" w:rsidP="004F4859">
      <w:pPr>
        <w:spacing w:after="120" w:line="240" w:lineRule="auto"/>
        <w:rPr>
          <w:lang w:val="ca-ES"/>
        </w:rPr>
      </w:pPr>
      <w:r w:rsidRPr="0097359B">
        <w:rPr>
          <w:lang w:val="ca-ES"/>
        </w:rPr>
        <w:t>Comarca:</w:t>
      </w:r>
    </w:p>
    <w:p w14:paraId="21A5A213" w14:textId="77777777" w:rsidR="000B4DD2" w:rsidRPr="0097359B" w:rsidRDefault="000B4DD2" w:rsidP="004F4859">
      <w:pPr>
        <w:spacing w:after="120" w:line="240" w:lineRule="auto"/>
        <w:rPr>
          <w:lang w:val="ca-ES"/>
        </w:rPr>
      </w:pPr>
      <w:r w:rsidRPr="0097359B">
        <w:rPr>
          <w:lang w:val="ca-ES"/>
        </w:rPr>
        <w:t xml:space="preserve">Telèfon de contacte: </w:t>
      </w:r>
    </w:p>
    <w:p w14:paraId="21A5A214" w14:textId="77777777" w:rsidR="000B4DD2" w:rsidRPr="0097359B" w:rsidRDefault="000B4DD2" w:rsidP="004F4859">
      <w:pPr>
        <w:spacing w:after="120" w:line="240" w:lineRule="auto"/>
        <w:rPr>
          <w:lang w:val="ca-ES"/>
        </w:rPr>
      </w:pPr>
      <w:r w:rsidRPr="0097359B">
        <w:rPr>
          <w:lang w:val="ca-ES"/>
        </w:rPr>
        <w:t>NIF:</w:t>
      </w:r>
    </w:p>
    <w:p w14:paraId="21A5A215" w14:textId="77777777" w:rsidR="000B4DD2" w:rsidRPr="0097359B" w:rsidRDefault="000B4DD2" w:rsidP="004F4859">
      <w:pPr>
        <w:spacing w:after="120" w:line="240" w:lineRule="auto"/>
        <w:rPr>
          <w:lang w:val="ca-ES"/>
        </w:rPr>
      </w:pPr>
      <w:r w:rsidRPr="0097359B">
        <w:rPr>
          <w:lang w:val="ca-ES"/>
        </w:rPr>
        <w:t xml:space="preserve">Data de naixement: </w:t>
      </w:r>
    </w:p>
    <w:p w14:paraId="21A5A216" w14:textId="77777777" w:rsidR="000B4DD2" w:rsidRPr="0097359B" w:rsidRDefault="000B4DD2" w:rsidP="000B4DD2">
      <w:pPr>
        <w:rPr>
          <w:lang w:val="ca-ES"/>
        </w:rPr>
      </w:pPr>
    </w:p>
    <w:p w14:paraId="21A5A217" w14:textId="77777777" w:rsidR="000B4DD2" w:rsidRPr="0097359B" w:rsidRDefault="000B4DD2" w:rsidP="008E5244">
      <w:pPr>
        <w:spacing w:after="0" w:line="240" w:lineRule="auto"/>
        <w:rPr>
          <w:u w:val="single"/>
          <w:lang w:val="ca-ES"/>
        </w:rPr>
      </w:pPr>
      <w:r w:rsidRPr="0097359B">
        <w:rPr>
          <w:u w:val="single"/>
          <w:lang w:val="ca-ES"/>
        </w:rPr>
        <w:t>Dades acadèmiques:</w:t>
      </w:r>
    </w:p>
    <w:p w14:paraId="21A5A218" w14:textId="77777777" w:rsidR="000B4DD2" w:rsidRPr="0097359B" w:rsidRDefault="000B4DD2" w:rsidP="008E5244">
      <w:pPr>
        <w:spacing w:after="0" w:line="240" w:lineRule="auto"/>
        <w:rPr>
          <w:lang w:val="ca-ES"/>
        </w:rPr>
      </w:pPr>
      <w:r w:rsidRPr="0097359B">
        <w:rPr>
          <w:i/>
          <w:lang w:val="ca-ES"/>
        </w:rPr>
        <w:t>(Estudis realitzats, any i lloc on es van realitzar)</w:t>
      </w:r>
    </w:p>
    <w:p w14:paraId="21A5A219" w14:textId="77777777" w:rsidR="000B4DD2" w:rsidRPr="0097359B" w:rsidRDefault="000B4DD2" w:rsidP="000B4DD2">
      <w:pPr>
        <w:numPr>
          <w:ilvl w:val="0"/>
          <w:numId w:val="11"/>
        </w:numPr>
        <w:spacing w:after="0" w:line="360" w:lineRule="auto"/>
        <w:jc w:val="both"/>
        <w:rPr>
          <w:lang w:val="ca-ES"/>
        </w:rPr>
      </w:pPr>
    </w:p>
    <w:p w14:paraId="21A5A21A" w14:textId="77777777" w:rsidR="000B4DD2" w:rsidRPr="0097359B" w:rsidRDefault="000B4DD2" w:rsidP="000B4DD2">
      <w:pPr>
        <w:numPr>
          <w:ilvl w:val="0"/>
          <w:numId w:val="12"/>
        </w:numPr>
        <w:spacing w:after="0" w:line="360" w:lineRule="auto"/>
        <w:jc w:val="both"/>
        <w:rPr>
          <w:lang w:val="ca-ES"/>
        </w:rPr>
      </w:pPr>
    </w:p>
    <w:p w14:paraId="21A5A21B" w14:textId="77777777" w:rsidR="000B4DD2" w:rsidRPr="0097359B" w:rsidRDefault="000B4DD2" w:rsidP="000B4DD2">
      <w:pPr>
        <w:numPr>
          <w:ilvl w:val="0"/>
          <w:numId w:val="13"/>
        </w:numPr>
        <w:spacing w:after="0" w:line="360" w:lineRule="auto"/>
        <w:jc w:val="both"/>
        <w:rPr>
          <w:lang w:val="ca-ES"/>
        </w:rPr>
      </w:pPr>
    </w:p>
    <w:p w14:paraId="21A5A21C" w14:textId="77777777" w:rsidR="000B4DD2" w:rsidRPr="0097359B" w:rsidRDefault="000B4DD2" w:rsidP="000B4DD2">
      <w:pPr>
        <w:rPr>
          <w:lang w:val="ca-ES"/>
        </w:rPr>
      </w:pPr>
    </w:p>
    <w:p w14:paraId="21A5A21D" w14:textId="77777777" w:rsidR="000B4DD2" w:rsidRPr="0097359B" w:rsidRDefault="000B4DD2" w:rsidP="008E5244">
      <w:pPr>
        <w:spacing w:after="0" w:line="240" w:lineRule="auto"/>
        <w:rPr>
          <w:u w:val="single"/>
          <w:lang w:val="ca-ES"/>
        </w:rPr>
      </w:pPr>
      <w:r w:rsidRPr="0097359B">
        <w:rPr>
          <w:u w:val="single"/>
          <w:lang w:val="ca-ES"/>
        </w:rPr>
        <w:t>Llocs on ha treballat:</w:t>
      </w:r>
    </w:p>
    <w:p w14:paraId="21A5A21E" w14:textId="77777777" w:rsidR="000B4DD2" w:rsidRPr="0097359B" w:rsidRDefault="000B4DD2" w:rsidP="008E5244">
      <w:pPr>
        <w:spacing w:after="0" w:line="240" w:lineRule="auto"/>
        <w:rPr>
          <w:i/>
          <w:lang w:val="ca-ES"/>
        </w:rPr>
      </w:pPr>
      <w:r w:rsidRPr="0097359B">
        <w:rPr>
          <w:i/>
          <w:lang w:val="ca-ES"/>
        </w:rPr>
        <w:t>(Nom de l’empresa, anys i treballs realitzats en l’empresa)</w:t>
      </w:r>
    </w:p>
    <w:p w14:paraId="21A5A21F" w14:textId="77777777" w:rsidR="000B4DD2" w:rsidRPr="0097359B" w:rsidRDefault="000B4DD2" w:rsidP="000B4DD2">
      <w:pPr>
        <w:numPr>
          <w:ilvl w:val="0"/>
          <w:numId w:val="10"/>
        </w:numPr>
        <w:spacing w:after="0" w:line="360" w:lineRule="auto"/>
        <w:jc w:val="both"/>
        <w:rPr>
          <w:lang w:val="ca-ES"/>
        </w:rPr>
      </w:pPr>
    </w:p>
    <w:p w14:paraId="21A5A220" w14:textId="77777777" w:rsidR="000B4DD2" w:rsidRPr="0097359B" w:rsidRDefault="000B4DD2" w:rsidP="000B4DD2">
      <w:pPr>
        <w:numPr>
          <w:ilvl w:val="0"/>
          <w:numId w:val="10"/>
        </w:numPr>
        <w:spacing w:after="0" w:line="360" w:lineRule="auto"/>
        <w:jc w:val="both"/>
        <w:rPr>
          <w:lang w:val="ca-ES"/>
        </w:rPr>
      </w:pPr>
    </w:p>
    <w:p w14:paraId="21A5A221" w14:textId="77777777" w:rsidR="000B4DD2" w:rsidRPr="0097359B" w:rsidRDefault="000B4DD2" w:rsidP="000B4DD2">
      <w:pPr>
        <w:numPr>
          <w:ilvl w:val="0"/>
          <w:numId w:val="14"/>
        </w:numPr>
        <w:spacing w:after="0" w:line="360" w:lineRule="auto"/>
        <w:jc w:val="both"/>
        <w:rPr>
          <w:lang w:val="ca-ES"/>
        </w:rPr>
      </w:pPr>
    </w:p>
    <w:p w14:paraId="21A5A222" w14:textId="77777777" w:rsidR="00EB4927" w:rsidRPr="0097359B" w:rsidRDefault="00EB4927" w:rsidP="00EB4927">
      <w:pPr>
        <w:rPr>
          <w:lang w:val="ca-ES"/>
        </w:rPr>
      </w:pPr>
    </w:p>
    <w:p w14:paraId="21A5A223" w14:textId="77777777" w:rsidR="00EB4927" w:rsidRPr="0097359B" w:rsidRDefault="000B4DD2" w:rsidP="00EB4927">
      <w:pPr>
        <w:pStyle w:val="Ttulo2"/>
        <w:rPr>
          <w:lang w:val="ca-ES"/>
        </w:rPr>
      </w:pPr>
      <w:r w:rsidRPr="0097359B">
        <w:rPr>
          <w:lang w:val="ca-ES"/>
        </w:rPr>
        <w:t>2</w:t>
      </w:r>
      <w:r w:rsidR="00EB4927" w:rsidRPr="0097359B">
        <w:rPr>
          <w:lang w:val="ca-ES"/>
        </w:rPr>
        <w:t>.2 Experiència i capacitats</w:t>
      </w:r>
    </w:p>
    <w:p w14:paraId="21A5A224" w14:textId="77777777" w:rsidR="00EB4927" w:rsidRDefault="00EB4927" w:rsidP="00EB4927">
      <w:pPr>
        <w:rPr>
          <w:lang w:val="ca-ES"/>
        </w:rPr>
      </w:pPr>
      <w:r w:rsidRPr="0097359B">
        <w:rPr>
          <w:lang w:val="ca-ES"/>
        </w:rPr>
        <w:t>Quins coneixements aporten al projecte</w:t>
      </w:r>
      <w:r w:rsidR="000B4DD2" w:rsidRPr="0097359B">
        <w:rPr>
          <w:lang w:val="ca-ES"/>
        </w:rPr>
        <w:t xml:space="preserve"> </w:t>
      </w:r>
      <w:r w:rsidR="00F94157" w:rsidRPr="0097359B">
        <w:rPr>
          <w:lang w:val="ca-ES"/>
        </w:rPr>
        <w:t xml:space="preserve">la persona o </w:t>
      </w:r>
      <w:r w:rsidR="000B4DD2" w:rsidRPr="0097359B">
        <w:rPr>
          <w:lang w:val="ca-ES"/>
        </w:rPr>
        <w:t>persones emprenedores</w:t>
      </w:r>
      <w:r w:rsidRPr="0097359B">
        <w:rPr>
          <w:lang w:val="ca-ES"/>
        </w:rPr>
        <w:t>?</w:t>
      </w:r>
    </w:p>
    <w:p w14:paraId="09B907A8" w14:textId="77777777" w:rsidR="008E5244" w:rsidRDefault="008E5244" w:rsidP="00EB4927">
      <w:pPr>
        <w:rPr>
          <w:lang w:val="ca-ES"/>
        </w:rPr>
      </w:pPr>
    </w:p>
    <w:p w14:paraId="224B3629" w14:textId="77777777" w:rsidR="008E579D" w:rsidRDefault="008E579D" w:rsidP="00EB4927">
      <w:pPr>
        <w:rPr>
          <w:lang w:val="ca-ES"/>
        </w:rPr>
      </w:pPr>
    </w:p>
    <w:p w14:paraId="324C95AE" w14:textId="77777777" w:rsidR="00DE25C9" w:rsidRDefault="00DE25C9" w:rsidP="00EB4927">
      <w:pPr>
        <w:rPr>
          <w:lang w:val="ca-ES"/>
        </w:rPr>
      </w:pPr>
    </w:p>
    <w:p w14:paraId="38E2A1C9" w14:textId="77777777" w:rsidR="008E5244" w:rsidRPr="0097359B" w:rsidRDefault="008E5244" w:rsidP="00EB4927">
      <w:pPr>
        <w:rPr>
          <w:lang w:val="ca-ES"/>
        </w:rPr>
      </w:pPr>
    </w:p>
    <w:p w14:paraId="21A5A227" w14:textId="77777777" w:rsidR="004751FB" w:rsidRPr="0097359B" w:rsidRDefault="00EB4927" w:rsidP="004F4859">
      <w:pPr>
        <w:pStyle w:val="Ttulo1"/>
        <w:spacing w:before="0" w:line="240" w:lineRule="auto"/>
        <w:rPr>
          <w:lang w:val="ca-ES"/>
        </w:rPr>
      </w:pPr>
      <w:r w:rsidRPr="0097359B">
        <w:rPr>
          <w:lang w:val="ca-ES"/>
        </w:rPr>
        <w:lastRenderedPageBreak/>
        <w:t>3. EL PROJECTE EMPRESARIAL</w:t>
      </w:r>
    </w:p>
    <w:p w14:paraId="21A5A228" w14:textId="77777777" w:rsidR="004751FB" w:rsidRPr="0097359B" w:rsidRDefault="000B4DD2">
      <w:pPr>
        <w:pStyle w:val="Ttulo2"/>
        <w:rPr>
          <w:lang w:val="ca-ES"/>
        </w:rPr>
      </w:pPr>
      <w:r w:rsidRPr="0097359B">
        <w:rPr>
          <w:lang w:val="ca-ES"/>
        </w:rPr>
        <w:t>3</w:t>
      </w:r>
      <w:r w:rsidR="00EB4927" w:rsidRPr="0097359B">
        <w:rPr>
          <w:lang w:val="ca-ES"/>
        </w:rPr>
        <w:t>.1 Descripció de l’activitat</w:t>
      </w:r>
    </w:p>
    <w:p w14:paraId="21A5A229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Explicació detallada de l’activitat.</w:t>
      </w:r>
    </w:p>
    <w:p w14:paraId="21A5A22A" w14:textId="77777777" w:rsidR="004751FB" w:rsidRPr="0097359B" w:rsidRDefault="004751FB">
      <w:pPr>
        <w:rPr>
          <w:lang w:val="ca-ES"/>
        </w:rPr>
      </w:pPr>
    </w:p>
    <w:p w14:paraId="21A5A22B" w14:textId="77777777" w:rsidR="00EB4927" w:rsidRPr="0097359B" w:rsidRDefault="00EB4927">
      <w:pPr>
        <w:rPr>
          <w:lang w:val="ca-ES"/>
        </w:rPr>
      </w:pPr>
    </w:p>
    <w:p w14:paraId="21A5A22C" w14:textId="77777777" w:rsidR="00EB4927" w:rsidRPr="0097359B" w:rsidRDefault="00EB4927">
      <w:pPr>
        <w:rPr>
          <w:lang w:val="ca-ES"/>
        </w:rPr>
      </w:pPr>
    </w:p>
    <w:p w14:paraId="21A5A22D" w14:textId="77777777" w:rsidR="004751FB" w:rsidRPr="0097359B" w:rsidRDefault="000B4DD2">
      <w:pPr>
        <w:pStyle w:val="Ttulo2"/>
        <w:rPr>
          <w:lang w:val="ca-ES"/>
        </w:rPr>
      </w:pPr>
      <w:r w:rsidRPr="0097359B">
        <w:rPr>
          <w:lang w:val="ca-ES"/>
        </w:rPr>
        <w:t>3</w:t>
      </w:r>
      <w:r w:rsidR="00EB4927" w:rsidRPr="0097359B">
        <w:rPr>
          <w:lang w:val="ca-ES"/>
        </w:rPr>
        <w:t>.2 Productes i/o serveis</w:t>
      </w:r>
    </w:p>
    <w:p w14:paraId="21A5A22E" w14:textId="77777777" w:rsidR="004751FB" w:rsidRDefault="00EB4927">
      <w:pPr>
        <w:rPr>
          <w:lang w:val="ca-ES"/>
        </w:rPr>
      </w:pPr>
      <w:r w:rsidRPr="0097359B">
        <w:rPr>
          <w:lang w:val="ca-ES"/>
        </w:rPr>
        <w:t>Detalla la gamma de productes o serveis</w:t>
      </w:r>
      <w:r w:rsidR="0097359B">
        <w:rPr>
          <w:lang w:val="ca-ES"/>
        </w:rPr>
        <w:t xml:space="preserve"> que s’oferiran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27"/>
        <w:gridCol w:w="4022"/>
        <w:gridCol w:w="1287"/>
      </w:tblGrid>
      <w:tr w:rsidR="004F4859" w:rsidRPr="0097359B" w14:paraId="21A5A232" w14:textId="77777777" w:rsidTr="0097359B">
        <w:tc>
          <w:tcPr>
            <w:tcW w:w="3227" w:type="dxa"/>
            <w:shd w:val="clear" w:color="auto" w:fill="D9EAF7"/>
            <w:vAlign w:val="center"/>
          </w:tcPr>
          <w:p w14:paraId="21A5A22F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Producte/servei</w:t>
            </w:r>
          </w:p>
        </w:tc>
        <w:tc>
          <w:tcPr>
            <w:tcW w:w="4022" w:type="dxa"/>
            <w:shd w:val="clear" w:color="auto" w:fill="D9EAF7"/>
            <w:vAlign w:val="center"/>
          </w:tcPr>
          <w:p w14:paraId="21A5A230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Descripció</w:t>
            </w:r>
          </w:p>
        </w:tc>
        <w:tc>
          <w:tcPr>
            <w:tcW w:w="1287" w:type="dxa"/>
            <w:shd w:val="clear" w:color="auto" w:fill="D9EAF7"/>
            <w:vAlign w:val="center"/>
          </w:tcPr>
          <w:p w14:paraId="21A5A231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Preu</w:t>
            </w:r>
          </w:p>
        </w:tc>
      </w:tr>
      <w:tr w:rsidR="004F4859" w:rsidRPr="0097359B" w14:paraId="21A5A236" w14:textId="77777777" w:rsidTr="0097359B">
        <w:tc>
          <w:tcPr>
            <w:tcW w:w="3227" w:type="dxa"/>
            <w:vAlign w:val="center"/>
          </w:tcPr>
          <w:p w14:paraId="21A5A233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022" w:type="dxa"/>
            <w:vAlign w:val="center"/>
          </w:tcPr>
          <w:p w14:paraId="21A5A234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287" w:type="dxa"/>
            <w:vAlign w:val="center"/>
          </w:tcPr>
          <w:p w14:paraId="21A5A235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F4859" w:rsidRPr="0097359B" w14:paraId="21A5A23A" w14:textId="77777777" w:rsidTr="0097359B">
        <w:tc>
          <w:tcPr>
            <w:tcW w:w="3227" w:type="dxa"/>
            <w:vAlign w:val="center"/>
          </w:tcPr>
          <w:p w14:paraId="21A5A237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022" w:type="dxa"/>
            <w:vAlign w:val="center"/>
          </w:tcPr>
          <w:p w14:paraId="21A5A238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287" w:type="dxa"/>
            <w:vAlign w:val="center"/>
          </w:tcPr>
          <w:p w14:paraId="21A5A239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F4859" w:rsidRPr="0097359B" w14:paraId="21A5A23E" w14:textId="77777777" w:rsidTr="0097359B">
        <w:tc>
          <w:tcPr>
            <w:tcW w:w="3227" w:type="dxa"/>
            <w:vAlign w:val="center"/>
          </w:tcPr>
          <w:p w14:paraId="21A5A23B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022" w:type="dxa"/>
            <w:vAlign w:val="center"/>
          </w:tcPr>
          <w:p w14:paraId="21A5A23C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287" w:type="dxa"/>
            <w:vAlign w:val="center"/>
          </w:tcPr>
          <w:p w14:paraId="21A5A23D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F4859" w:rsidRPr="0097359B" w14:paraId="21A5A242" w14:textId="77777777" w:rsidTr="0097359B">
        <w:tc>
          <w:tcPr>
            <w:tcW w:w="3227" w:type="dxa"/>
            <w:vAlign w:val="center"/>
          </w:tcPr>
          <w:p w14:paraId="21A5A23F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022" w:type="dxa"/>
            <w:vAlign w:val="center"/>
          </w:tcPr>
          <w:p w14:paraId="21A5A240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287" w:type="dxa"/>
            <w:vAlign w:val="center"/>
          </w:tcPr>
          <w:p w14:paraId="21A5A241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21A5A243" w14:textId="77777777" w:rsidR="004751FB" w:rsidRPr="0097359B" w:rsidRDefault="004751FB">
      <w:pPr>
        <w:rPr>
          <w:lang w:val="ca-ES"/>
        </w:rPr>
      </w:pPr>
    </w:p>
    <w:p w14:paraId="21A5A244" w14:textId="77777777" w:rsidR="004F4859" w:rsidRPr="0097359B" w:rsidRDefault="004F4859">
      <w:pPr>
        <w:rPr>
          <w:lang w:val="ca-ES"/>
        </w:rPr>
      </w:pPr>
    </w:p>
    <w:p w14:paraId="21A5A245" w14:textId="77777777" w:rsidR="004751FB" w:rsidRPr="0097359B" w:rsidRDefault="000B4DD2">
      <w:pPr>
        <w:pStyle w:val="Ttulo2"/>
        <w:rPr>
          <w:lang w:val="ca-ES"/>
        </w:rPr>
      </w:pPr>
      <w:r w:rsidRPr="0097359B">
        <w:rPr>
          <w:lang w:val="ca-ES"/>
        </w:rPr>
        <w:t>3</w:t>
      </w:r>
      <w:r w:rsidR="00EB4927" w:rsidRPr="0097359B">
        <w:rPr>
          <w:lang w:val="ca-ES"/>
        </w:rPr>
        <w:t>.3 Necessitat que cobreix</w:t>
      </w:r>
    </w:p>
    <w:p w14:paraId="21A5A246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 xml:space="preserve">Quin problema </w:t>
      </w:r>
      <w:r w:rsidR="0097359B">
        <w:rPr>
          <w:lang w:val="ca-ES"/>
        </w:rPr>
        <w:t xml:space="preserve">o necessitat </w:t>
      </w:r>
      <w:r w:rsidRPr="0097359B">
        <w:rPr>
          <w:lang w:val="ca-ES"/>
        </w:rPr>
        <w:t>del client resols?</w:t>
      </w:r>
    </w:p>
    <w:p w14:paraId="21A5A247" w14:textId="77777777" w:rsidR="004751FB" w:rsidRPr="0097359B" w:rsidRDefault="004751FB">
      <w:pPr>
        <w:rPr>
          <w:lang w:val="ca-ES"/>
        </w:rPr>
      </w:pPr>
    </w:p>
    <w:p w14:paraId="21A5A248" w14:textId="77777777" w:rsidR="00EB4927" w:rsidRPr="0097359B" w:rsidRDefault="00EB4927">
      <w:pPr>
        <w:rPr>
          <w:lang w:val="ca-ES"/>
        </w:rPr>
      </w:pPr>
    </w:p>
    <w:p w14:paraId="21A5A249" w14:textId="77777777" w:rsidR="00EB4927" w:rsidRPr="0097359B" w:rsidRDefault="00EB4927">
      <w:pPr>
        <w:rPr>
          <w:lang w:val="ca-ES"/>
        </w:rPr>
      </w:pPr>
    </w:p>
    <w:p w14:paraId="21A5A24A" w14:textId="77777777" w:rsidR="004751FB" w:rsidRPr="0097359B" w:rsidRDefault="000B4DD2">
      <w:pPr>
        <w:pStyle w:val="Ttulo2"/>
        <w:rPr>
          <w:lang w:val="ca-ES"/>
        </w:rPr>
      </w:pPr>
      <w:r w:rsidRPr="0097359B">
        <w:rPr>
          <w:lang w:val="ca-ES"/>
        </w:rPr>
        <w:t>3</w:t>
      </w:r>
      <w:r w:rsidR="00EB4927" w:rsidRPr="0097359B">
        <w:rPr>
          <w:lang w:val="ca-ES"/>
        </w:rPr>
        <w:t>.4 Proposta de valor</w:t>
      </w:r>
    </w:p>
    <w:p w14:paraId="21A5A24B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Per què el client et comprarà a tu?</w:t>
      </w:r>
    </w:p>
    <w:p w14:paraId="21A5A24C" w14:textId="77777777" w:rsidR="004751FB" w:rsidRPr="0097359B" w:rsidRDefault="004751FB">
      <w:pPr>
        <w:rPr>
          <w:lang w:val="ca-ES"/>
        </w:rPr>
      </w:pPr>
    </w:p>
    <w:p w14:paraId="21A5A24D" w14:textId="77777777" w:rsidR="004F4859" w:rsidRPr="0097359B" w:rsidRDefault="004F4859">
      <w:pPr>
        <w:rPr>
          <w:lang w:val="ca-ES"/>
        </w:rPr>
      </w:pPr>
    </w:p>
    <w:p w14:paraId="21A5A24E" w14:textId="77777777" w:rsidR="00EB4927" w:rsidRPr="0097359B" w:rsidRDefault="00EB4927">
      <w:pPr>
        <w:rPr>
          <w:lang w:val="ca-ES"/>
        </w:rPr>
      </w:pPr>
    </w:p>
    <w:p w14:paraId="21A5A24F" w14:textId="77777777" w:rsidR="004751FB" w:rsidRPr="0097359B" w:rsidRDefault="000B4DD2">
      <w:pPr>
        <w:pStyle w:val="Ttulo2"/>
        <w:rPr>
          <w:lang w:val="ca-ES"/>
        </w:rPr>
      </w:pPr>
      <w:r w:rsidRPr="0097359B">
        <w:rPr>
          <w:lang w:val="ca-ES"/>
        </w:rPr>
        <w:t>3</w:t>
      </w:r>
      <w:r w:rsidR="00EB4927" w:rsidRPr="0097359B">
        <w:rPr>
          <w:lang w:val="ca-ES"/>
        </w:rPr>
        <w:t>.5 Elements diferencials</w:t>
      </w:r>
    </w:p>
    <w:p w14:paraId="21A5A250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Indica els principals avantatges respecte d’altres alternatives.</w:t>
      </w:r>
    </w:p>
    <w:p w14:paraId="21A5A253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4. ANÀLISI DEL MERCAT</w:t>
      </w:r>
    </w:p>
    <w:p w14:paraId="21A5A254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4.1 Sector d’activitat</w:t>
      </w:r>
    </w:p>
    <w:p w14:paraId="21A5A255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Situació actual, evolució i característiques.</w:t>
      </w:r>
    </w:p>
    <w:p w14:paraId="21A5A256" w14:textId="77777777" w:rsidR="004751FB" w:rsidRPr="0097359B" w:rsidRDefault="004751FB">
      <w:pPr>
        <w:rPr>
          <w:lang w:val="ca-ES"/>
        </w:rPr>
      </w:pPr>
    </w:p>
    <w:p w14:paraId="21A5A257" w14:textId="77777777" w:rsidR="004F4859" w:rsidRDefault="004F4859">
      <w:pPr>
        <w:rPr>
          <w:lang w:val="ca-ES"/>
        </w:rPr>
      </w:pPr>
    </w:p>
    <w:p w14:paraId="74A3A7E0" w14:textId="77777777" w:rsidR="008E5244" w:rsidRPr="0097359B" w:rsidRDefault="008E5244">
      <w:pPr>
        <w:rPr>
          <w:lang w:val="ca-ES"/>
        </w:rPr>
      </w:pPr>
    </w:p>
    <w:p w14:paraId="21A5A258" w14:textId="77777777" w:rsidR="004F4859" w:rsidRPr="0097359B" w:rsidRDefault="004F4859">
      <w:pPr>
        <w:rPr>
          <w:lang w:val="ca-ES"/>
        </w:rPr>
      </w:pPr>
    </w:p>
    <w:p w14:paraId="21A5A259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4.2 Àmbit geogràfic</w:t>
      </w:r>
    </w:p>
    <w:p w14:paraId="21A5A25A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Zona de venda i àrea d’influència.</w:t>
      </w:r>
    </w:p>
    <w:p w14:paraId="21A5A25B" w14:textId="77777777" w:rsidR="004751FB" w:rsidRDefault="004751FB">
      <w:pPr>
        <w:rPr>
          <w:lang w:val="ca-ES"/>
        </w:rPr>
      </w:pPr>
    </w:p>
    <w:p w14:paraId="62D2FD4E" w14:textId="77777777" w:rsidR="008E5244" w:rsidRPr="0097359B" w:rsidRDefault="008E5244">
      <w:pPr>
        <w:rPr>
          <w:lang w:val="ca-ES"/>
        </w:rPr>
      </w:pPr>
    </w:p>
    <w:p w14:paraId="21A5A25C" w14:textId="77777777" w:rsidR="004F4859" w:rsidRPr="0097359B" w:rsidRDefault="004F4859">
      <w:pPr>
        <w:rPr>
          <w:lang w:val="ca-ES"/>
        </w:rPr>
      </w:pPr>
    </w:p>
    <w:p w14:paraId="21A5A25D" w14:textId="77777777" w:rsidR="004F4859" w:rsidRPr="0097359B" w:rsidRDefault="004F4859">
      <w:pPr>
        <w:rPr>
          <w:lang w:val="ca-ES"/>
        </w:rPr>
      </w:pPr>
    </w:p>
    <w:p w14:paraId="21A5A25E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4.3 Dimensió i evolució del mercat</w:t>
      </w:r>
    </w:p>
    <w:p w14:paraId="21A5A25F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Clients potencials, creixement</w:t>
      </w:r>
      <w:r w:rsidR="0097359B">
        <w:rPr>
          <w:lang w:val="ca-ES"/>
        </w:rPr>
        <w:t>, estacionalitat, etc.</w:t>
      </w:r>
    </w:p>
    <w:p w14:paraId="21A5A260" w14:textId="77777777" w:rsidR="004751FB" w:rsidRPr="0097359B" w:rsidRDefault="004751FB">
      <w:pPr>
        <w:rPr>
          <w:lang w:val="ca-ES"/>
        </w:rPr>
      </w:pPr>
    </w:p>
    <w:p w14:paraId="21A5A261" w14:textId="77777777" w:rsidR="004F4859" w:rsidRDefault="004F4859">
      <w:pPr>
        <w:rPr>
          <w:lang w:val="ca-ES"/>
        </w:rPr>
      </w:pPr>
    </w:p>
    <w:p w14:paraId="374FF27E" w14:textId="77777777" w:rsidR="008E5244" w:rsidRPr="0097359B" w:rsidRDefault="008E5244">
      <w:pPr>
        <w:rPr>
          <w:lang w:val="ca-ES"/>
        </w:rPr>
      </w:pPr>
    </w:p>
    <w:p w14:paraId="21A5A262" w14:textId="77777777" w:rsidR="004F4859" w:rsidRPr="0097359B" w:rsidRDefault="004F4859">
      <w:pPr>
        <w:rPr>
          <w:lang w:val="ca-ES"/>
        </w:rPr>
      </w:pPr>
    </w:p>
    <w:p w14:paraId="21A5A263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4.4 Tendències</w:t>
      </w:r>
    </w:p>
    <w:p w14:paraId="21A5A264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Canvis en consum, tecnologia, regulació i altres.</w:t>
      </w:r>
    </w:p>
    <w:p w14:paraId="21A5A265" w14:textId="77777777" w:rsidR="004751FB" w:rsidRPr="0097359B" w:rsidRDefault="004751FB">
      <w:pPr>
        <w:rPr>
          <w:lang w:val="ca-ES"/>
        </w:rPr>
      </w:pPr>
    </w:p>
    <w:p w14:paraId="21A5A266" w14:textId="77777777" w:rsidR="004F4859" w:rsidRPr="0097359B" w:rsidRDefault="004F4859">
      <w:pPr>
        <w:rPr>
          <w:lang w:val="ca-ES"/>
        </w:rPr>
      </w:pPr>
    </w:p>
    <w:p w14:paraId="21A5A267" w14:textId="77777777" w:rsidR="004F4859" w:rsidRPr="0097359B" w:rsidRDefault="004F4859">
      <w:pPr>
        <w:rPr>
          <w:lang w:val="ca-ES"/>
        </w:rPr>
      </w:pPr>
    </w:p>
    <w:p w14:paraId="21A5A268" w14:textId="77777777" w:rsidR="004751FB" w:rsidRPr="0097359B" w:rsidRDefault="004751FB">
      <w:pPr>
        <w:rPr>
          <w:lang w:val="ca-ES"/>
        </w:rPr>
      </w:pPr>
    </w:p>
    <w:p w14:paraId="21A5A269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br w:type="page"/>
      </w:r>
    </w:p>
    <w:p w14:paraId="21A5A26A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5. ANÀLISI DEL CLIENT</w:t>
      </w:r>
    </w:p>
    <w:p w14:paraId="21A5A26B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5.1 Client objectiu</w:t>
      </w:r>
    </w:p>
    <w:p w14:paraId="21A5A26C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Descriu amb detall el client principal.</w:t>
      </w:r>
    </w:p>
    <w:p w14:paraId="21A5A26D" w14:textId="77777777" w:rsidR="004751FB" w:rsidRDefault="004751FB">
      <w:pPr>
        <w:rPr>
          <w:lang w:val="ca-ES"/>
        </w:rPr>
      </w:pPr>
    </w:p>
    <w:p w14:paraId="21A5A26E" w14:textId="77777777" w:rsidR="0097359B" w:rsidRDefault="0097359B">
      <w:pPr>
        <w:rPr>
          <w:lang w:val="ca-ES"/>
        </w:rPr>
      </w:pPr>
    </w:p>
    <w:p w14:paraId="21A5A26F" w14:textId="77777777" w:rsidR="0097359B" w:rsidRPr="0097359B" w:rsidRDefault="0097359B">
      <w:pPr>
        <w:rPr>
          <w:lang w:val="ca-ES"/>
        </w:rPr>
      </w:pPr>
    </w:p>
    <w:p w14:paraId="21A5A270" w14:textId="77777777" w:rsidR="004F4859" w:rsidRPr="0097359B" w:rsidRDefault="004F4859">
      <w:pPr>
        <w:pStyle w:val="Ttulo2"/>
        <w:rPr>
          <w:lang w:val="ca-ES"/>
        </w:rPr>
      </w:pPr>
    </w:p>
    <w:p w14:paraId="21A5A271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5.2 Segmentació</w:t>
      </w:r>
    </w:p>
    <w:p w14:paraId="21A5A272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Identifica els diferents segments de clients.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4751FB" w:rsidRPr="0097359B" w14:paraId="21A5A277" w14:textId="77777777">
        <w:trPr>
          <w:jc w:val="center"/>
        </w:trPr>
        <w:tc>
          <w:tcPr>
            <w:tcW w:w="2408" w:type="dxa"/>
            <w:shd w:val="clear" w:color="auto" w:fill="D9EAF7"/>
            <w:vAlign w:val="center"/>
          </w:tcPr>
          <w:p w14:paraId="21A5A27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Segment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27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Característiques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27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Necessitats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27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Importància</w:t>
            </w:r>
          </w:p>
        </w:tc>
      </w:tr>
      <w:tr w:rsidR="004751FB" w:rsidRPr="0097359B" w14:paraId="21A5A27C" w14:textId="77777777">
        <w:trPr>
          <w:jc w:val="center"/>
        </w:trPr>
        <w:tc>
          <w:tcPr>
            <w:tcW w:w="2408" w:type="dxa"/>
            <w:vAlign w:val="center"/>
          </w:tcPr>
          <w:p w14:paraId="21A5A27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27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27A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27B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81" w14:textId="77777777">
        <w:trPr>
          <w:jc w:val="center"/>
        </w:trPr>
        <w:tc>
          <w:tcPr>
            <w:tcW w:w="2408" w:type="dxa"/>
            <w:vAlign w:val="center"/>
          </w:tcPr>
          <w:p w14:paraId="21A5A27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27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27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28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86" w14:textId="77777777">
        <w:trPr>
          <w:jc w:val="center"/>
        </w:trPr>
        <w:tc>
          <w:tcPr>
            <w:tcW w:w="2408" w:type="dxa"/>
            <w:vAlign w:val="center"/>
          </w:tcPr>
          <w:p w14:paraId="21A5A28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28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28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28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21A5A287" w14:textId="77777777" w:rsidR="004751FB" w:rsidRPr="0097359B" w:rsidRDefault="004751FB">
      <w:pPr>
        <w:rPr>
          <w:lang w:val="ca-ES"/>
        </w:rPr>
      </w:pPr>
    </w:p>
    <w:p w14:paraId="21A5A288" w14:textId="77777777" w:rsidR="004F4859" w:rsidRDefault="004F4859">
      <w:pPr>
        <w:rPr>
          <w:lang w:val="ca-ES"/>
        </w:rPr>
      </w:pPr>
    </w:p>
    <w:p w14:paraId="21A5A289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t>6. ANÀLISI DE LA COMPETÈNCIA</w:t>
      </w:r>
    </w:p>
    <w:p w14:paraId="21A5A28A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6.1 Competidors directes</w:t>
      </w:r>
    </w:p>
    <w:p w14:paraId="21A5A28B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Identifica els principals competidors.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26"/>
        <w:gridCol w:w="1926"/>
        <w:gridCol w:w="1926"/>
        <w:gridCol w:w="1926"/>
        <w:gridCol w:w="1926"/>
      </w:tblGrid>
      <w:tr w:rsidR="004751FB" w:rsidRPr="0097359B" w14:paraId="21A5A291" w14:textId="77777777">
        <w:trPr>
          <w:jc w:val="center"/>
        </w:trPr>
        <w:tc>
          <w:tcPr>
            <w:tcW w:w="1926" w:type="dxa"/>
            <w:shd w:val="clear" w:color="auto" w:fill="D9EAF7"/>
            <w:vAlign w:val="center"/>
          </w:tcPr>
          <w:p w14:paraId="21A5A28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Competidor</w:t>
            </w:r>
          </w:p>
        </w:tc>
        <w:tc>
          <w:tcPr>
            <w:tcW w:w="1926" w:type="dxa"/>
            <w:shd w:val="clear" w:color="auto" w:fill="D9EAF7"/>
            <w:vAlign w:val="center"/>
          </w:tcPr>
          <w:p w14:paraId="21A5A28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Oferta</w:t>
            </w:r>
          </w:p>
        </w:tc>
        <w:tc>
          <w:tcPr>
            <w:tcW w:w="1926" w:type="dxa"/>
            <w:shd w:val="clear" w:color="auto" w:fill="D9EAF7"/>
            <w:vAlign w:val="center"/>
          </w:tcPr>
          <w:p w14:paraId="21A5A28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Preu</w:t>
            </w:r>
          </w:p>
        </w:tc>
        <w:tc>
          <w:tcPr>
            <w:tcW w:w="1926" w:type="dxa"/>
            <w:shd w:val="clear" w:color="auto" w:fill="D9EAF7"/>
            <w:vAlign w:val="center"/>
          </w:tcPr>
          <w:p w14:paraId="21A5A28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Punts forts</w:t>
            </w:r>
          </w:p>
        </w:tc>
        <w:tc>
          <w:tcPr>
            <w:tcW w:w="1926" w:type="dxa"/>
            <w:shd w:val="clear" w:color="auto" w:fill="D9EAF7"/>
            <w:vAlign w:val="center"/>
          </w:tcPr>
          <w:p w14:paraId="21A5A29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Punts febles</w:t>
            </w:r>
          </w:p>
        </w:tc>
      </w:tr>
      <w:tr w:rsidR="004751FB" w:rsidRPr="0097359B" w14:paraId="21A5A297" w14:textId="77777777">
        <w:trPr>
          <w:jc w:val="center"/>
        </w:trPr>
        <w:tc>
          <w:tcPr>
            <w:tcW w:w="1926" w:type="dxa"/>
            <w:vAlign w:val="center"/>
          </w:tcPr>
          <w:p w14:paraId="21A5A29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9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9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9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9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9D" w14:textId="77777777">
        <w:trPr>
          <w:jc w:val="center"/>
        </w:trPr>
        <w:tc>
          <w:tcPr>
            <w:tcW w:w="1926" w:type="dxa"/>
            <w:vAlign w:val="center"/>
          </w:tcPr>
          <w:p w14:paraId="21A5A29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9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9A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9B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9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A3" w14:textId="77777777">
        <w:trPr>
          <w:jc w:val="center"/>
        </w:trPr>
        <w:tc>
          <w:tcPr>
            <w:tcW w:w="1926" w:type="dxa"/>
            <w:vAlign w:val="center"/>
          </w:tcPr>
          <w:p w14:paraId="21A5A29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9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A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A1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A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A9" w14:textId="77777777">
        <w:trPr>
          <w:jc w:val="center"/>
        </w:trPr>
        <w:tc>
          <w:tcPr>
            <w:tcW w:w="1926" w:type="dxa"/>
            <w:vAlign w:val="center"/>
          </w:tcPr>
          <w:p w14:paraId="21A5A2A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A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A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A7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1926" w:type="dxa"/>
            <w:vAlign w:val="center"/>
          </w:tcPr>
          <w:p w14:paraId="21A5A2A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21A5A2AA" w14:textId="77777777" w:rsidR="004751FB" w:rsidRPr="0097359B" w:rsidRDefault="004751FB">
      <w:pPr>
        <w:rPr>
          <w:lang w:val="ca-ES"/>
        </w:rPr>
      </w:pPr>
    </w:p>
    <w:p w14:paraId="21A5A2AC" w14:textId="45C2E3D0" w:rsidR="004751FB" w:rsidRPr="0097359B" w:rsidRDefault="00EB4927" w:rsidP="00064B88">
      <w:pPr>
        <w:spacing w:after="0" w:line="240" w:lineRule="auto"/>
        <w:rPr>
          <w:lang w:val="ca-ES"/>
        </w:rPr>
      </w:pPr>
      <w:r w:rsidRPr="0097359B">
        <w:rPr>
          <w:lang w:val="ca-ES"/>
        </w:rPr>
        <w:br/>
      </w:r>
    </w:p>
    <w:p w14:paraId="21A5A2AD" w14:textId="77777777" w:rsidR="004751FB" w:rsidRDefault="00EB4927" w:rsidP="004F4859">
      <w:pPr>
        <w:rPr>
          <w:lang w:val="ca-ES"/>
        </w:rPr>
      </w:pPr>
      <w:r w:rsidRPr="0097359B">
        <w:rPr>
          <w:lang w:val="ca-ES"/>
        </w:rPr>
        <w:br/>
      </w:r>
    </w:p>
    <w:p w14:paraId="21A5A2AE" w14:textId="77777777" w:rsidR="0097359B" w:rsidRPr="0097359B" w:rsidRDefault="0097359B" w:rsidP="004F4859">
      <w:pPr>
        <w:rPr>
          <w:lang w:val="ca-ES"/>
        </w:rPr>
      </w:pPr>
    </w:p>
    <w:p w14:paraId="21A5A2AF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7. ANÀLISI DAFO</w:t>
      </w:r>
    </w:p>
    <w:p w14:paraId="21A5A2B0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7.1 Matriu DAFO</w:t>
      </w:r>
    </w:p>
    <w:p w14:paraId="21A5A2B1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Identifica fortaleses, debilitats, oportunitats i amenaces.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16"/>
        <w:gridCol w:w="4816"/>
      </w:tblGrid>
      <w:tr w:rsidR="004751FB" w:rsidRPr="0097359B" w14:paraId="21A5A2B4" w14:textId="77777777">
        <w:trPr>
          <w:jc w:val="center"/>
        </w:trPr>
        <w:tc>
          <w:tcPr>
            <w:tcW w:w="4816" w:type="dxa"/>
            <w:shd w:val="clear" w:color="auto" w:fill="D9EAF7"/>
            <w:vAlign w:val="center"/>
          </w:tcPr>
          <w:p w14:paraId="21A5A2B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FORTALESES</w:t>
            </w:r>
          </w:p>
        </w:tc>
        <w:tc>
          <w:tcPr>
            <w:tcW w:w="4816" w:type="dxa"/>
            <w:shd w:val="clear" w:color="auto" w:fill="D9EAF7"/>
            <w:vAlign w:val="center"/>
          </w:tcPr>
          <w:p w14:paraId="21A5A2B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DEBILITATS</w:t>
            </w:r>
          </w:p>
        </w:tc>
      </w:tr>
      <w:tr w:rsidR="004751FB" w:rsidRPr="0097359B" w14:paraId="21A5A2B7" w14:textId="77777777">
        <w:trPr>
          <w:jc w:val="center"/>
        </w:trPr>
        <w:tc>
          <w:tcPr>
            <w:tcW w:w="4816" w:type="dxa"/>
            <w:vAlign w:val="center"/>
          </w:tcPr>
          <w:p w14:paraId="21A5A2B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816" w:type="dxa"/>
            <w:vAlign w:val="center"/>
          </w:tcPr>
          <w:p w14:paraId="21A5A2B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BA" w14:textId="77777777">
        <w:trPr>
          <w:jc w:val="center"/>
        </w:trPr>
        <w:tc>
          <w:tcPr>
            <w:tcW w:w="4816" w:type="dxa"/>
            <w:vAlign w:val="center"/>
          </w:tcPr>
          <w:p w14:paraId="21A5A2B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816" w:type="dxa"/>
            <w:vAlign w:val="center"/>
          </w:tcPr>
          <w:p w14:paraId="21A5A2B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BD" w14:textId="77777777">
        <w:trPr>
          <w:jc w:val="center"/>
        </w:trPr>
        <w:tc>
          <w:tcPr>
            <w:tcW w:w="4816" w:type="dxa"/>
            <w:vAlign w:val="center"/>
          </w:tcPr>
          <w:p w14:paraId="21A5A2BB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816" w:type="dxa"/>
            <w:vAlign w:val="center"/>
          </w:tcPr>
          <w:p w14:paraId="21A5A2B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C0" w14:textId="77777777">
        <w:trPr>
          <w:jc w:val="center"/>
        </w:trPr>
        <w:tc>
          <w:tcPr>
            <w:tcW w:w="4816" w:type="dxa"/>
            <w:vAlign w:val="center"/>
          </w:tcPr>
          <w:p w14:paraId="21A5A2B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816" w:type="dxa"/>
            <w:vAlign w:val="center"/>
          </w:tcPr>
          <w:p w14:paraId="21A5A2B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C3" w14:textId="77777777">
        <w:trPr>
          <w:jc w:val="center"/>
        </w:trPr>
        <w:tc>
          <w:tcPr>
            <w:tcW w:w="4816" w:type="dxa"/>
            <w:vAlign w:val="center"/>
          </w:tcPr>
          <w:p w14:paraId="21A5A2C1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816" w:type="dxa"/>
            <w:vAlign w:val="center"/>
          </w:tcPr>
          <w:p w14:paraId="21A5A2C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21A5A2C4" w14:textId="77777777" w:rsidR="004751FB" w:rsidRDefault="004751FB">
      <w:pPr>
        <w:rPr>
          <w:lang w:val="ca-ES"/>
        </w:rPr>
      </w:pPr>
    </w:p>
    <w:p w14:paraId="21A5A2C5" w14:textId="77777777" w:rsidR="0097359B" w:rsidRPr="0097359B" w:rsidRDefault="0097359B">
      <w:pPr>
        <w:rPr>
          <w:lang w:val="ca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16"/>
        <w:gridCol w:w="4816"/>
      </w:tblGrid>
      <w:tr w:rsidR="004751FB" w:rsidRPr="0097359B" w14:paraId="21A5A2C8" w14:textId="77777777">
        <w:trPr>
          <w:jc w:val="center"/>
        </w:trPr>
        <w:tc>
          <w:tcPr>
            <w:tcW w:w="4816" w:type="dxa"/>
            <w:shd w:val="clear" w:color="auto" w:fill="D9EAF7"/>
            <w:vAlign w:val="center"/>
          </w:tcPr>
          <w:p w14:paraId="21A5A2C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OPORTUNITATS</w:t>
            </w:r>
          </w:p>
        </w:tc>
        <w:tc>
          <w:tcPr>
            <w:tcW w:w="4816" w:type="dxa"/>
            <w:shd w:val="clear" w:color="auto" w:fill="D9EAF7"/>
            <w:vAlign w:val="center"/>
          </w:tcPr>
          <w:p w14:paraId="21A5A2C7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AMENACES</w:t>
            </w:r>
          </w:p>
        </w:tc>
      </w:tr>
      <w:tr w:rsidR="004751FB" w:rsidRPr="0097359B" w14:paraId="21A5A2CB" w14:textId="77777777">
        <w:trPr>
          <w:jc w:val="center"/>
        </w:trPr>
        <w:tc>
          <w:tcPr>
            <w:tcW w:w="4816" w:type="dxa"/>
            <w:vAlign w:val="center"/>
          </w:tcPr>
          <w:p w14:paraId="21A5A2C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816" w:type="dxa"/>
            <w:vAlign w:val="center"/>
          </w:tcPr>
          <w:p w14:paraId="21A5A2CA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CE" w14:textId="77777777">
        <w:trPr>
          <w:jc w:val="center"/>
        </w:trPr>
        <w:tc>
          <w:tcPr>
            <w:tcW w:w="4816" w:type="dxa"/>
            <w:vAlign w:val="center"/>
          </w:tcPr>
          <w:p w14:paraId="21A5A2C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816" w:type="dxa"/>
            <w:vAlign w:val="center"/>
          </w:tcPr>
          <w:p w14:paraId="21A5A2C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D1" w14:textId="77777777">
        <w:trPr>
          <w:jc w:val="center"/>
        </w:trPr>
        <w:tc>
          <w:tcPr>
            <w:tcW w:w="4816" w:type="dxa"/>
            <w:vAlign w:val="center"/>
          </w:tcPr>
          <w:p w14:paraId="21A5A2C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816" w:type="dxa"/>
            <w:vAlign w:val="center"/>
          </w:tcPr>
          <w:p w14:paraId="21A5A2D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D4" w14:textId="77777777">
        <w:trPr>
          <w:jc w:val="center"/>
        </w:trPr>
        <w:tc>
          <w:tcPr>
            <w:tcW w:w="4816" w:type="dxa"/>
            <w:vAlign w:val="center"/>
          </w:tcPr>
          <w:p w14:paraId="21A5A2D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816" w:type="dxa"/>
            <w:vAlign w:val="center"/>
          </w:tcPr>
          <w:p w14:paraId="21A5A2D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2D7" w14:textId="77777777">
        <w:trPr>
          <w:jc w:val="center"/>
        </w:trPr>
        <w:tc>
          <w:tcPr>
            <w:tcW w:w="4816" w:type="dxa"/>
            <w:vAlign w:val="center"/>
          </w:tcPr>
          <w:p w14:paraId="21A5A2D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816" w:type="dxa"/>
            <w:vAlign w:val="center"/>
          </w:tcPr>
          <w:p w14:paraId="21A5A2D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21A5A2D8" w14:textId="77777777" w:rsidR="004751FB" w:rsidRPr="0097359B" w:rsidRDefault="004751FB">
      <w:pPr>
        <w:rPr>
          <w:lang w:val="ca-ES"/>
        </w:rPr>
      </w:pPr>
    </w:p>
    <w:p w14:paraId="21A5A2D9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7.2 Estratègies derivades</w:t>
      </w:r>
    </w:p>
    <w:p w14:paraId="21A5A2DA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Com aprofitaràs fortaleses i oportunitats i com reduiràs debilitats i amenaces?</w:t>
      </w:r>
    </w:p>
    <w:p w14:paraId="21A5A2DB" w14:textId="77777777" w:rsidR="004751FB" w:rsidRPr="0097359B" w:rsidRDefault="004751FB">
      <w:pPr>
        <w:rPr>
          <w:lang w:val="ca-ES"/>
        </w:rPr>
      </w:pPr>
    </w:p>
    <w:p w14:paraId="21A5A2DC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br w:type="page"/>
      </w:r>
    </w:p>
    <w:p w14:paraId="21A5A2DD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8. MODEL DE NEGOCI</w:t>
      </w:r>
    </w:p>
    <w:p w14:paraId="21A5A2DE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8.1 Fonts d’ingressos</w:t>
      </w:r>
    </w:p>
    <w:p w14:paraId="21A5A2DF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Com generarà ingressos l’empresa?</w:t>
      </w:r>
    </w:p>
    <w:p w14:paraId="21A5A2E0" w14:textId="77777777" w:rsidR="004751FB" w:rsidRPr="0097359B" w:rsidRDefault="004751FB">
      <w:pPr>
        <w:rPr>
          <w:lang w:val="ca-ES"/>
        </w:rPr>
      </w:pPr>
    </w:p>
    <w:p w14:paraId="21A5A2E1" w14:textId="77777777" w:rsidR="000A5A6A" w:rsidRDefault="000A5A6A">
      <w:pPr>
        <w:rPr>
          <w:lang w:val="ca-ES"/>
        </w:rPr>
      </w:pPr>
    </w:p>
    <w:p w14:paraId="21A5A2E2" w14:textId="77777777" w:rsidR="0097359B" w:rsidRDefault="0097359B">
      <w:pPr>
        <w:rPr>
          <w:lang w:val="ca-ES"/>
        </w:rPr>
      </w:pPr>
    </w:p>
    <w:p w14:paraId="21A5A2E3" w14:textId="77777777" w:rsidR="0097359B" w:rsidRPr="0097359B" w:rsidRDefault="0097359B">
      <w:pPr>
        <w:rPr>
          <w:lang w:val="ca-ES"/>
        </w:rPr>
      </w:pPr>
    </w:p>
    <w:p w14:paraId="21A5A2E4" w14:textId="77777777" w:rsidR="000A5A6A" w:rsidRPr="0097359B" w:rsidRDefault="000A5A6A">
      <w:pPr>
        <w:rPr>
          <w:lang w:val="ca-ES"/>
        </w:rPr>
      </w:pPr>
    </w:p>
    <w:p w14:paraId="21A5A2E5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8.2 Política de preus</w:t>
      </w:r>
    </w:p>
    <w:p w14:paraId="21A5A2E6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Com has establert els preus?</w:t>
      </w:r>
      <w:r w:rsidR="004F4859" w:rsidRPr="0097359B">
        <w:rPr>
          <w:lang w:val="ca-ES"/>
        </w:rPr>
        <w:t xml:space="preserve"> Quin és el teu marge comercial?</w:t>
      </w:r>
    </w:p>
    <w:p w14:paraId="21A5A2E7" w14:textId="77777777" w:rsidR="004751FB" w:rsidRDefault="004751FB">
      <w:pPr>
        <w:rPr>
          <w:lang w:val="ca-ES"/>
        </w:rPr>
      </w:pPr>
    </w:p>
    <w:p w14:paraId="21A5A2E8" w14:textId="77777777" w:rsidR="0097359B" w:rsidRDefault="0097359B">
      <w:pPr>
        <w:rPr>
          <w:lang w:val="ca-ES"/>
        </w:rPr>
      </w:pPr>
    </w:p>
    <w:p w14:paraId="21A5A2E9" w14:textId="77777777" w:rsidR="0097359B" w:rsidRPr="0097359B" w:rsidRDefault="0097359B">
      <w:pPr>
        <w:rPr>
          <w:lang w:val="ca-ES"/>
        </w:rPr>
      </w:pPr>
    </w:p>
    <w:p w14:paraId="21A5A2EA" w14:textId="77777777" w:rsidR="000A5A6A" w:rsidRPr="0097359B" w:rsidRDefault="000A5A6A">
      <w:pPr>
        <w:rPr>
          <w:lang w:val="ca-ES"/>
        </w:rPr>
      </w:pPr>
    </w:p>
    <w:p w14:paraId="21A5A2EB" w14:textId="77777777" w:rsidR="000A5A6A" w:rsidRPr="0097359B" w:rsidRDefault="000A5A6A">
      <w:pPr>
        <w:rPr>
          <w:lang w:val="ca-ES"/>
        </w:rPr>
      </w:pPr>
    </w:p>
    <w:p w14:paraId="21A5A2EC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8.3 Canals de venda</w:t>
      </w:r>
    </w:p>
    <w:p w14:paraId="21A5A2ED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On i com vendràs?</w:t>
      </w:r>
    </w:p>
    <w:p w14:paraId="21A5A2EE" w14:textId="77777777" w:rsidR="004751FB" w:rsidRPr="0097359B" w:rsidRDefault="004751FB">
      <w:pPr>
        <w:rPr>
          <w:lang w:val="ca-ES"/>
        </w:rPr>
      </w:pPr>
    </w:p>
    <w:p w14:paraId="21A5A2EF" w14:textId="77777777" w:rsidR="000A5A6A" w:rsidRPr="0097359B" w:rsidRDefault="000A5A6A">
      <w:pPr>
        <w:rPr>
          <w:lang w:val="ca-ES"/>
        </w:rPr>
      </w:pPr>
    </w:p>
    <w:p w14:paraId="21A5A2F0" w14:textId="77777777" w:rsidR="000A5A6A" w:rsidRPr="0097359B" w:rsidRDefault="000A5A6A">
      <w:pPr>
        <w:rPr>
          <w:lang w:val="ca-ES"/>
        </w:rPr>
      </w:pPr>
    </w:p>
    <w:p w14:paraId="21A5A2F1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br w:type="page"/>
      </w:r>
    </w:p>
    <w:p w14:paraId="21A5A2F2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9. PLA COMERCIAL I DE MÀRQUETING</w:t>
      </w:r>
    </w:p>
    <w:p w14:paraId="21A5A2F3" w14:textId="77777777" w:rsidR="004751FB" w:rsidRPr="0097359B" w:rsidRDefault="004F4859">
      <w:pPr>
        <w:pStyle w:val="Ttulo2"/>
        <w:rPr>
          <w:lang w:val="ca-ES"/>
        </w:rPr>
      </w:pPr>
      <w:r w:rsidRPr="0097359B">
        <w:rPr>
          <w:lang w:val="ca-ES"/>
        </w:rPr>
        <w:t>9.1</w:t>
      </w:r>
      <w:r w:rsidR="00EB4927" w:rsidRPr="0097359B">
        <w:rPr>
          <w:lang w:val="ca-ES"/>
        </w:rPr>
        <w:t xml:space="preserve"> Estratègia de producte/servei</w:t>
      </w:r>
    </w:p>
    <w:p w14:paraId="21A5A2F4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Gamma</w:t>
      </w:r>
      <w:r w:rsidR="004F4859" w:rsidRPr="0097359B">
        <w:rPr>
          <w:lang w:val="ca-ES"/>
        </w:rPr>
        <w:t xml:space="preserve"> de</w:t>
      </w:r>
      <w:r w:rsidRPr="0097359B">
        <w:rPr>
          <w:lang w:val="ca-ES"/>
        </w:rPr>
        <w:t xml:space="preserve"> productes principals i complementaris.</w:t>
      </w:r>
    </w:p>
    <w:p w14:paraId="21A5A2F5" w14:textId="77777777" w:rsidR="004751FB" w:rsidRPr="0097359B" w:rsidRDefault="004751FB">
      <w:pPr>
        <w:rPr>
          <w:lang w:val="ca-ES"/>
        </w:rPr>
      </w:pPr>
    </w:p>
    <w:p w14:paraId="21A5A2F6" w14:textId="77777777" w:rsidR="004F4859" w:rsidRPr="0097359B" w:rsidRDefault="004F4859">
      <w:pPr>
        <w:rPr>
          <w:lang w:val="ca-ES"/>
        </w:rPr>
      </w:pPr>
    </w:p>
    <w:p w14:paraId="21A5A2F7" w14:textId="77777777" w:rsidR="004F4859" w:rsidRPr="0097359B" w:rsidRDefault="004F4859">
      <w:pPr>
        <w:pStyle w:val="Ttulo2"/>
        <w:rPr>
          <w:lang w:val="ca-ES"/>
        </w:rPr>
      </w:pPr>
    </w:p>
    <w:p w14:paraId="21A5A2F8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9.</w:t>
      </w:r>
      <w:r w:rsidR="004F4859" w:rsidRPr="0097359B">
        <w:rPr>
          <w:lang w:val="ca-ES"/>
        </w:rPr>
        <w:t>2</w:t>
      </w:r>
      <w:r w:rsidRPr="0097359B">
        <w:rPr>
          <w:lang w:val="ca-ES"/>
        </w:rPr>
        <w:t xml:space="preserve"> Estratègia de preus</w:t>
      </w:r>
    </w:p>
    <w:p w14:paraId="21A5A2F9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 xml:space="preserve">Preus, promocions, </w:t>
      </w:r>
      <w:proofErr w:type="spellStart"/>
      <w:r w:rsidRPr="0097359B">
        <w:rPr>
          <w:lang w:val="ca-ES"/>
        </w:rPr>
        <w:t>packs</w:t>
      </w:r>
      <w:proofErr w:type="spellEnd"/>
      <w:r w:rsidRPr="0097359B">
        <w:rPr>
          <w:lang w:val="ca-ES"/>
        </w:rPr>
        <w:t>, quotes, etc.</w:t>
      </w:r>
    </w:p>
    <w:p w14:paraId="21A5A2FA" w14:textId="77777777" w:rsidR="004751FB" w:rsidRPr="0097359B" w:rsidRDefault="004751FB">
      <w:pPr>
        <w:rPr>
          <w:lang w:val="ca-ES"/>
        </w:rPr>
      </w:pPr>
    </w:p>
    <w:p w14:paraId="21A5A2FB" w14:textId="77777777" w:rsidR="004751FB" w:rsidRPr="0097359B" w:rsidRDefault="004751FB">
      <w:pPr>
        <w:rPr>
          <w:lang w:val="ca-ES"/>
        </w:rPr>
      </w:pPr>
    </w:p>
    <w:p w14:paraId="21A5A2FC" w14:textId="77777777" w:rsidR="004F4859" w:rsidRPr="0097359B" w:rsidRDefault="004F4859">
      <w:pPr>
        <w:rPr>
          <w:lang w:val="ca-ES"/>
        </w:rPr>
      </w:pPr>
    </w:p>
    <w:p w14:paraId="21A5A2FD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9.</w:t>
      </w:r>
      <w:r w:rsidR="004F4859" w:rsidRPr="0097359B">
        <w:rPr>
          <w:lang w:val="ca-ES"/>
        </w:rPr>
        <w:t>3</w:t>
      </w:r>
      <w:r w:rsidRPr="0097359B">
        <w:rPr>
          <w:lang w:val="ca-ES"/>
        </w:rPr>
        <w:t xml:space="preserve"> Estratègia de distribució</w:t>
      </w:r>
    </w:p>
    <w:p w14:paraId="21A5A2FE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Com arribarà el producte o servei al client?</w:t>
      </w:r>
    </w:p>
    <w:p w14:paraId="21A5A2FF" w14:textId="77777777" w:rsidR="004751FB" w:rsidRDefault="004751FB">
      <w:pPr>
        <w:rPr>
          <w:lang w:val="ca-ES"/>
        </w:rPr>
      </w:pPr>
    </w:p>
    <w:p w14:paraId="21A5A300" w14:textId="77777777" w:rsidR="00E00F72" w:rsidRPr="0097359B" w:rsidRDefault="00E00F72">
      <w:pPr>
        <w:rPr>
          <w:lang w:val="ca-ES"/>
        </w:rPr>
      </w:pPr>
    </w:p>
    <w:p w14:paraId="21A5A301" w14:textId="77777777" w:rsidR="004F4859" w:rsidRPr="0097359B" w:rsidRDefault="004F4859">
      <w:pPr>
        <w:rPr>
          <w:lang w:val="ca-ES"/>
        </w:rPr>
      </w:pPr>
    </w:p>
    <w:p w14:paraId="21A5A302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9.</w:t>
      </w:r>
      <w:r w:rsidR="004F4859" w:rsidRPr="0097359B">
        <w:rPr>
          <w:lang w:val="ca-ES"/>
        </w:rPr>
        <w:t>4</w:t>
      </w:r>
      <w:r w:rsidRPr="0097359B">
        <w:rPr>
          <w:lang w:val="ca-ES"/>
        </w:rPr>
        <w:t xml:space="preserve"> Comunicació</w:t>
      </w:r>
    </w:p>
    <w:p w14:paraId="21A5A303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Canals, accions i pressupost.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4751FB" w:rsidRPr="0097359B" w14:paraId="21A5A308" w14:textId="77777777">
        <w:trPr>
          <w:jc w:val="center"/>
        </w:trPr>
        <w:tc>
          <w:tcPr>
            <w:tcW w:w="2408" w:type="dxa"/>
            <w:shd w:val="clear" w:color="auto" w:fill="D9EAF7"/>
            <w:vAlign w:val="center"/>
          </w:tcPr>
          <w:p w14:paraId="21A5A30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Canal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30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Objectiu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30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Accions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307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Pressupost</w:t>
            </w:r>
          </w:p>
        </w:tc>
      </w:tr>
      <w:tr w:rsidR="004751FB" w:rsidRPr="0097359B" w14:paraId="21A5A30D" w14:textId="77777777">
        <w:trPr>
          <w:jc w:val="center"/>
        </w:trPr>
        <w:tc>
          <w:tcPr>
            <w:tcW w:w="2408" w:type="dxa"/>
            <w:vAlign w:val="center"/>
          </w:tcPr>
          <w:p w14:paraId="21A5A30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0A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0B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0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12" w14:textId="77777777">
        <w:trPr>
          <w:jc w:val="center"/>
        </w:trPr>
        <w:tc>
          <w:tcPr>
            <w:tcW w:w="2408" w:type="dxa"/>
            <w:vAlign w:val="center"/>
          </w:tcPr>
          <w:p w14:paraId="21A5A30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0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1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11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17" w14:textId="77777777">
        <w:trPr>
          <w:jc w:val="center"/>
        </w:trPr>
        <w:tc>
          <w:tcPr>
            <w:tcW w:w="2408" w:type="dxa"/>
            <w:vAlign w:val="center"/>
          </w:tcPr>
          <w:p w14:paraId="21A5A31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1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1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1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1C" w14:textId="77777777">
        <w:trPr>
          <w:jc w:val="center"/>
        </w:trPr>
        <w:tc>
          <w:tcPr>
            <w:tcW w:w="2408" w:type="dxa"/>
            <w:vAlign w:val="center"/>
          </w:tcPr>
          <w:p w14:paraId="21A5A31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1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1A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1B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21" w14:textId="77777777">
        <w:trPr>
          <w:jc w:val="center"/>
        </w:trPr>
        <w:tc>
          <w:tcPr>
            <w:tcW w:w="2408" w:type="dxa"/>
            <w:vAlign w:val="center"/>
          </w:tcPr>
          <w:p w14:paraId="21A5A31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1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1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2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21A5A322" w14:textId="77777777" w:rsidR="004751FB" w:rsidRPr="0097359B" w:rsidRDefault="004751FB">
      <w:pPr>
        <w:rPr>
          <w:lang w:val="ca-ES"/>
        </w:rPr>
      </w:pPr>
    </w:p>
    <w:p w14:paraId="21A5A323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9.</w:t>
      </w:r>
      <w:r w:rsidR="00E00F72">
        <w:rPr>
          <w:lang w:val="ca-ES"/>
        </w:rPr>
        <w:t>5</w:t>
      </w:r>
      <w:r w:rsidRPr="0097359B">
        <w:rPr>
          <w:lang w:val="ca-ES"/>
        </w:rPr>
        <w:t xml:space="preserve"> Objectius comercials</w:t>
      </w:r>
    </w:p>
    <w:p w14:paraId="21A5A324" w14:textId="77777777" w:rsidR="004751FB" w:rsidRDefault="00EB4927">
      <w:pPr>
        <w:rPr>
          <w:lang w:val="ca-ES"/>
        </w:rPr>
      </w:pPr>
      <w:r w:rsidRPr="0097359B">
        <w:rPr>
          <w:lang w:val="ca-ES"/>
        </w:rPr>
        <w:t>Clients, vendes i facturació previstos.</w:t>
      </w:r>
    </w:p>
    <w:p w14:paraId="6749FEC4" w14:textId="77777777" w:rsidR="00C672E0" w:rsidRPr="0097359B" w:rsidRDefault="00C672E0">
      <w:pPr>
        <w:rPr>
          <w:lang w:val="ca-ES"/>
        </w:rPr>
      </w:pPr>
    </w:p>
    <w:p w14:paraId="21A5A326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10. PLA D’OPERACIONS</w:t>
      </w:r>
    </w:p>
    <w:p w14:paraId="21A5A328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10.</w:t>
      </w:r>
      <w:r w:rsidR="000A5A6A" w:rsidRPr="0097359B">
        <w:rPr>
          <w:lang w:val="ca-ES"/>
        </w:rPr>
        <w:t>1</w:t>
      </w:r>
      <w:r w:rsidRPr="0097359B">
        <w:rPr>
          <w:lang w:val="ca-ES"/>
        </w:rPr>
        <w:t xml:space="preserve"> Localització</w:t>
      </w:r>
    </w:p>
    <w:p w14:paraId="21A5A329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Ubicació i característiques del local o infraestructura.</w:t>
      </w:r>
    </w:p>
    <w:p w14:paraId="21A5A32A" w14:textId="77777777" w:rsidR="004751FB" w:rsidRDefault="004751FB">
      <w:pPr>
        <w:rPr>
          <w:lang w:val="ca-ES"/>
        </w:rPr>
      </w:pPr>
    </w:p>
    <w:p w14:paraId="737ECE8B" w14:textId="77777777" w:rsidR="00D227E2" w:rsidRDefault="00D227E2">
      <w:pPr>
        <w:rPr>
          <w:lang w:val="ca-ES"/>
        </w:rPr>
      </w:pPr>
    </w:p>
    <w:p w14:paraId="77172ECF" w14:textId="77777777" w:rsidR="00D227E2" w:rsidRPr="0097359B" w:rsidRDefault="00D227E2">
      <w:pPr>
        <w:rPr>
          <w:lang w:val="ca-ES"/>
        </w:rPr>
      </w:pPr>
    </w:p>
    <w:p w14:paraId="21A5A32B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10.</w:t>
      </w:r>
      <w:r w:rsidR="000A5A6A" w:rsidRPr="0097359B">
        <w:rPr>
          <w:lang w:val="ca-ES"/>
        </w:rPr>
        <w:t>2</w:t>
      </w:r>
      <w:r w:rsidRPr="0097359B">
        <w:rPr>
          <w:lang w:val="ca-ES"/>
        </w:rPr>
        <w:t xml:space="preserve"> Equipament necessari</w:t>
      </w:r>
    </w:p>
    <w:p w14:paraId="21A5A32C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Maquinària, mobiliari, informàtica i eines.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4751FB" w:rsidRPr="0097359B" w14:paraId="21A5A331" w14:textId="77777777">
        <w:trPr>
          <w:jc w:val="center"/>
        </w:trPr>
        <w:tc>
          <w:tcPr>
            <w:tcW w:w="2408" w:type="dxa"/>
            <w:shd w:val="clear" w:color="auto" w:fill="D9EAF7"/>
            <w:vAlign w:val="center"/>
          </w:tcPr>
          <w:p w14:paraId="21A5A32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Equipament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32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Quantitat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32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Cost unitari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33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Cost total</w:t>
            </w:r>
          </w:p>
        </w:tc>
      </w:tr>
      <w:tr w:rsidR="004751FB" w:rsidRPr="0097359B" w14:paraId="21A5A336" w14:textId="77777777">
        <w:trPr>
          <w:jc w:val="center"/>
        </w:trPr>
        <w:tc>
          <w:tcPr>
            <w:tcW w:w="2408" w:type="dxa"/>
            <w:vAlign w:val="center"/>
          </w:tcPr>
          <w:p w14:paraId="21A5A33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3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3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3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3B" w14:textId="77777777">
        <w:trPr>
          <w:jc w:val="center"/>
        </w:trPr>
        <w:tc>
          <w:tcPr>
            <w:tcW w:w="2408" w:type="dxa"/>
            <w:vAlign w:val="center"/>
          </w:tcPr>
          <w:p w14:paraId="21A5A337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3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3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3A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40" w14:textId="77777777">
        <w:trPr>
          <w:jc w:val="center"/>
        </w:trPr>
        <w:tc>
          <w:tcPr>
            <w:tcW w:w="2408" w:type="dxa"/>
            <w:vAlign w:val="center"/>
          </w:tcPr>
          <w:p w14:paraId="21A5A33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3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3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3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45" w14:textId="77777777">
        <w:trPr>
          <w:jc w:val="center"/>
        </w:trPr>
        <w:tc>
          <w:tcPr>
            <w:tcW w:w="2408" w:type="dxa"/>
            <w:vAlign w:val="center"/>
          </w:tcPr>
          <w:p w14:paraId="21A5A341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4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4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4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4A" w14:textId="77777777">
        <w:trPr>
          <w:jc w:val="center"/>
        </w:trPr>
        <w:tc>
          <w:tcPr>
            <w:tcW w:w="2408" w:type="dxa"/>
            <w:vAlign w:val="center"/>
          </w:tcPr>
          <w:p w14:paraId="21A5A34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47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4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4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21A5A34B" w14:textId="77777777" w:rsidR="004751FB" w:rsidRDefault="004751FB">
      <w:pPr>
        <w:rPr>
          <w:lang w:val="ca-ES"/>
        </w:rPr>
      </w:pPr>
    </w:p>
    <w:p w14:paraId="21A5A34C" w14:textId="77777777" w:rsidR="00E00F72" w:rsidRPr="0097359B" w:rsidRDefault="00E00F72">
      <w:pPr>
        <w:rPr>
          <w:lang w:val="ca-ES"/>
        </w:rPr>
      </w:pPr>
    </w:p>
    <w:p w14:paraId="21A5A34D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10.</w:t>
      </w:r>
      <w:r w:rsidR="000A5A6A" w:rsidRPr="0097359B">
        <w:rPr>
          <w:lang w:val="ca-ES"/>
        </w:rPr>
        <w:t>3</w:t>
      </w:r>
      <w:r w:rsidRPr="0097359B">
        <w:rPr>
          <w:lang w:val="ca-ES"/>
        </w:rPr>
        <w:t xml:space="preserve"> Proveïdors</w:t>
      </w:r>
    </w:p>
    <w:p w14:paraId="21A5A34E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Principals proveïdors i condicions.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4751FB" w:rsidRPr="0097359B" w14:paraId="21A5A353" w14:textId="77777777">
        <w:trPr>
          <w:jc w:val="center"/>
        </w:trPr>
        <w:tc>
          <w:tcPr>
            <w:tcW w:w="2408" w:type="dxa"/>
            <w:shd w:val="clear" w:color="auto" w:fill="D9EAF7"/>
            <w:vAlign w:val="center"/>
          </w:tcPr>
          <w:p w14:paraId="21A5A34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Proveïdor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35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Producte/servei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351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Condicions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35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Cost</w:t>
            </w:r>
          </w:p>
        </w:tc>
      </w:tr>
      <w:tr w:rsidR="004751FB" w:rsidRPr="0097359B" w14:paraId="21A5A358" w14:textId="77777777">
        <w:trPr>
          <w:jc w:val="center"/>
        </w:trPr>
        <w:tc>
          <w:tcPr>
            <w:tcW w:w="2408" w:type="dxa"/>
            <w:vAlign w:val="center"/>
          </w:tcPr>
          <w:p w14:paraId="21A5A35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5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5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57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5D" w14:textId="77777777">
        <w:trPr>
          <w:jc w:val="center"/>
        </w:trPr>
        <w:tc>
          <w:tcPr>
            <w:tcW w:w="2408" w:type="dxa"/>
            <w:vAlign w:val="center"/>
          </w:tcPr>
          <w:p w14:paraId="21A5A35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5A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5B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5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62" w14:textId="77777777">
        <w:trPr>
          <w:jc w:val="center"/>
        </w:trPr>
        <w:tc>
          <w:tcPr>
            <w:tcW w:w="2408" w:type="dxa"/>
            <w:vAlign w:val="center"/>
          </w:tcPr>
          <w:p w14:paraId="21A5A35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5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6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61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367" w14:textId="77777777">
        <w:trPr>
          <w:jc w:val="center"/>
        </w:trPr>
        <w:tc>
          <w:tcPr>
            <w:tcW w:w="2408" w:type="dxa"/>
            <w:vAlign w:val="center"/>
          </w:tcPr>
          <w:p w14:paraId="21A5A36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6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6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6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21A5A368" w14:textId="77777777" w:rsidR="004751FB" w:rsidRPr="0097359B" w:rsidRDefault="004751FB">
      <w:pPr>
        <w:rPr>
          <w:lang w:val="ca-ES"/>
        </w:rPr>
      </w:pPr>
    </w:p>
    <w:p w14:paraId="21A5A369" w14:textId="77777777" w:rsidR="004F4859" w:rsidRPr="0097359B" w:rsidRDefault="004F4859">
      <w:pPr>
        <w:rPr>
          <w:lang w:val="ca-ES"/>
        </w:rPr>
      </w:pPr>
    </w:p>
    <w:p w14:paraId="21A5A36A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10.</w:t>
      </w:r>
      <w:r w:rsidR="000A5A6A" w:rsidRPr="0097359B">
        <w:rPr>
          <w:lang w:val="ca-ES"/>
        </w:rPr>
        <w:t>4</w:t>
      </w:r>
      <w:r w:rsidRPr="0097359B">
        <w:rPr>
          <w:lang w:val="ca-ES"/>
        </w:rPr>
        <w:t xml:space="preserve"> Qualitat</w:t>
      </w:r>
    </w:p>
    <w:p w14:paraId="21A5A36B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Com garantiràs la qualitat?</w:t>
      </w:r>
    </w:p>
    <w:p w14:paraId="21A5A36C" w14:textId="77777777" w:rsidR="004751FB" w:rsidRPr="0097359B" w:rsidRDefault="004751FB">
      <w:pPr>
        <w:rPr>
          <w:lang w:val="ca-ES"/>
        </w:rPr>
      </w:pPr>
    </w:p>
    <w:p w14:paraId="21A5A36D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br w:type="page"/>
      </w:r>
    </w:p>
    <w:p w14:paraId="21A5A36E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11. ORGANITZACIÓ I RECURSOS HUMANS</w:t>
      </w:r>
    </w:p>
    <w:p w14:paraId="21A5A36F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11.1 Organigrama</w:t>
      </w:r>
    </w:p>
    <w:p w14:paraId="21A5A370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Funcions i responsabilitats.</w:t>
      </w:r>
    </w:p>
    <w:p w14:paraId="21A5A371" w14:textId="77777777" w:rsidR="004751FB" w:rsidRDefault="004751FB">
      <w:pPr>
        <w:rPr>
          <w:lang w:val="ca-ES"/>
        </w:rPr>
      </w:pPr>
    </w:p>
    <w:p w14:paraId="21A5A372" w14:textId="77777777" w:rsidR="00E00F72" w:rsidRDefault="00E00F72">
      <w:pPr>
        <w:rPr>
          <w:lang w:val="ca-ES"/>
        </w:rPr>
      </w:pPr>
    </w:p>
    <w:p w14:paraId="21A5A373" w14:textId="77777777" w:rsidR="00E00F72" w:rsidRPr="0097359B" w:rsidRDefault="00E00F72">
      <w:pPr>
        <w:rPr>
          <w:lang w:val="ca-ES"/>
        </w:rPr>
      </w:pPr>
    </w:p>
    <w:p w14:paraId="21A5A374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11.2 Personal inicial</w:t>
      </w:r>
    </w:p>
    <w:p w14:paraId="21A5A375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Perfils, jornada i cost.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4"/>
        <w:gridCol w:w="4124"/>
        <w:gridCol w:w="2408"/>
      </w:tblGrid>
      <w:tr w:rsidR="004F4859" w:rsidRPr="0097359B" w14:paraId="21A5A379" w14:textId="77777777" w:rsidTr="00E00F72">
        <w:trPr>
          <w:jc w:val="center"/>
        </w:trPr>
        <w:tc>
          <w:tcPr>
            <w:tcW w:w="2004" w:type="dxa"/>
            <w:shd w:val="clear" w:color="auto" w:fill="D9EAF7"/>
            <w:vAlign w:val="center"/>
          </w:tcPr>
          <w:p w14:paraId="21A5A376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Lloc de treball</w:t>
            </w:r>
          </w:p>
        </w:tc>
        <w:tc>
          <w:tcPr>
            <w:tcW w:w="4124" w:type="dxa"/>
            <w:shd w:val="clear" w:color="auto" w:fill="D9EAF7"/>
            <w:vAlign w:val="center"/>
          </w:tcPr>
          <w:p w14:paraId="21A5A377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Jornada sencera o mitja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378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Cost anual empresa</w:t>
            </w:r>
          </w:p>
        </w:tc>
      </w:tr>
      <w:tr w:rsidR="004F4859" w:rsidRPr="0097359B" w14:paraId="21A5A37D" w14:textId="77777777" w:rsidTr="00E00F72">
        <w:trPr>
          <w:jc w:val="center"/>
        </w:trPr>
        <w:tc>
          <w:tcPr>
            <w:tcW w:w="2004" w:type="dxa"/>
            <w:vAlign w:val="center"/>
          </w:tcPr>
          <w:p w14:paraId="21A5A37A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124" w:type="dxa"/>
            <w:vAlign w:val="center"/>
          </w:tcPr>
          <w:p w14:paraId="21A5A37B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7C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F4859" w:rsidRPr="0097359B" w14:paraId="21A5A381" w14:textId="77777777" w:rsidTr="00E00F72">
        <w:trPr>
          <w:jc w:val="center"/>
        </w:trPr>
        <w:tc>
          <w:tcPr>
            <w:tcW w:w="2004" w:type="dxa"/>
            <w:vAlign w:val="center"/>
          </w:tcPr>
          <w:p w14:paraId="21A5A37E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124" w:type="dxa"/>
            <w:vAlign w:val="center"/>
          </w:tcPr>
          <w:p w14:paraId="21A5A37F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80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F4859" w:rsidRPr="0097359B" w14:paraId="21A5A385" w14:textId="77777777" w:rsidTr="00E00F72">
        <w:trPr>
          <w:jc w:val="center"/>
        </w:trPr>
        <w:tc>
          <w:tcPr>
            <w:tcW w:w="2004" w:type="dxa"/>
            <w:vAlign w:val="center"/>
          </w:tcPr>
          <w:p w14:paraId="21A5A382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124" w:type="dxa"/>
            <w:vAlign w:val="center"/>
          </w:tcPr>
          <w:p w14:paraId="21A5A383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84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F4859" w:rsidRPr="0097359B" w14:paraId="21A5A389" w14:textId="77777777" w:rsidTr="00E00F72">
        <w:trPr>
          <w:jc w:val="center"/>
        </w:trPr>
        <w:tc>
          <w:tcPr>
            <w:tcW w:w="2004" w:type="dxa"/>
            <w:vAlign w:val="center"/>
          </w:tcPr>
          <w:p w14:paraId="21A5A386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4124" w:type="dxa"/>
            <w:vAlign w:val="center"/>
          </w:tcPr>
          <w:p w14:paraId="21A5A387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388" w14:textId="77777777" w:rsidR="004F4859" w:rsidRPr="0097359B" w:rsidRDefault="004F4859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21A5A38A" w14:textId="77777777" w:rsidR="004751FB" w:rsidRPr="0097359B" w:rsidRDefault="004751FB">
      <w:pPr>
        <w:rPr>
          <w:lang w:val="ca-ES"/>
        </w:rPr>
      </w:pPr>
    </w:p>
    <w:p w14:paraId="21A5A38B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11.3 Pla de contractació</w:t>
      </w:r>
    </w:p>
    <w:p w14:paraId="21A5A38C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Contractacions previstes i calendari.</w:t>
      </w:r>
    </w:p>
    <w:p w14:paraId="21A5A38D" w14:textId="77777777" w:rsidR="004751FB" w:rsidRDefault="004751FB">
      <w:pPr>
        <w:rPr>
          <w:lang w:val="ca-ES"/>
        </w:rPr>
      </w:pPr>
    </w:p>
    <w:p w14:paraId="21A5A38E" w14:textId="77777777" w:rsidR="00E00F72" w:rsidRDefault="00E00F72">
      <w:pPr>
        <w:rPr>
          <w:lang w:val="ca-ES"/>
        </w:rPr>
      </w:pPr>
    </w:p>
    <w:p w14:paraId="21A5A38F" w14:textId="77777777" w:rsidR="00E00F72" w:rsidRPr="0097359B" w:rsidRDefault="00E00F72">
      <w:pPr>
        <w:rPr>
          <w:lang w:val="ca-ES"/>
        </w:rPr>
      </w:pPr>
    </w:p>
    <w:p w14:paraId="21A5A390" w14:textId="77777777" w:rsidR="000A5A6A" w:rsidRPr="0097359B" w:rsidRDefault="000A5A6A">
      <w:pPr>
        <w:rPr>
          <w:lang w:val="ca-ES"/>
        </w:rPr>
      </w:pPr>
    </w:p>
    <w:p w14:paraId="21A5A391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 xml:space="preserve">11.4 Serveis </w:t>
      </w:r>
      <w:proofErr w:type="spellStart"/>
      <w:r w:rsidRPr="0097359B">
        <w:rPr>
          <w:lang w:val="ca-ES"/>
        </w:rPr>
        <w:t>externalitzats</w:t>
      </w:r>
      <w:proofErr w:type="spellEnd"/>
    </w:p>
    <w:p w14:paraId="21A5A392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Gestoria, assessoria, manteniment, transport, etc.</w:t>
      </w:r>
    </w:p>
    <w:p w14:paraId="21A5A393" w14:textId="77777777" w:rsidR="00EB4927" w:rsidRPr="0097359B" w:rsidRDefault="00EB4927">
      <w:pPr>
        <w:rPr>
          <w:lang w:val="ca-ES"/>
        </w:rPr>
      </w:pPr>
    </w:p>
    <w:p w14:paraId="21A5A394" w14:textId="77777777" w:rsidR="00EB4927" w:rsidRPr="0097359B" w:rsidRDefault="00EB4927">
      <w:pPr>
        <w:rPr>
          <w:lang w:val="ca-ES"/>
        </w:rPr>
      </w:pPr>
    </w:p>
    <w:p w14:paraId="21A5A395" w14:textId="77777777" w:rsidR="000510C7" w:rsidRPr="0097359B" w:rsidRDefault="000510C7">
      <w:pPr>
        <w:rPr>
          <w:lang w:val="ca-ES"/>
        </w:rPr>
      </w:pPr>
    </w:p>
    <w:p w14:paraId="21A5A396" w14:textId="77777777" w:rsidR="000510C7" w:rsidRPr="0097359B" w:rsidRDefault="000510C7">
      <w:pPr>
        <w:rPr>
          <w:lang w:val="ca-ES"/>
        </w:rPr>
      </w:pPr>
    </w:p>
    <w:p w14:paraId="21A5A397" w14:textId="77777777" w:rsidR="000510C7" w:rsidRPr="0097359B" w:rsidRDefault="000510C7">
      <w:pPr>
        <w:rPr>
          <w:lang w:val="ca-ES"/>
        </w:rPr>
      </w:pPr>
    </w:p>
    <w:p w14:paraId="21A5A39C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12. FORMA JURÍDICA I ASPECTES LEGALS</w:t>
      </w:r>
    </w:p>
    <w:p w14:paraId="21A5A39D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12.1 Forma jurídica</w:t>
      </w:r>
      <w:r w:rsidR="00E00F72">
        <w:rPr>
          <w:lang w:val="ca-ES"/>
        </w:rPr>
        <w:t xml:space="preserve"> escollida</w:t>
      </w:r>
    </w:p>
    <w:p w14:paraId="21A5A39E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Autònom, SL o altra, i justificació.</w:t>
      </w:r>
    </w:p>
    <w:p w14:paraId="21A5A39F" w14:textId="77777777" w:rsidR="004751FB" w:rsidRDefault="004751FB">
      <w:pPr>
        <w:rPr>
          <w:lang w:val="ca-ES"/>
        </w:rPr>
      </w:pPr>
    </w:p>
    <w:p w14:paraId="21A5A3A0" w14:textId="77777777" w:rsidR="00E00F72" w:rsidRPr="0097359B" w:rsidRDefault="00E00F72">
      <w:pPr>
        <w:rPr>
          <w:lang w:val="ca-ES"/>
        </w:rPr>
      </w:pPr>
    </w:p>
    <w:p w14:paraId="21A5A3A1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br/>
      </w:r>
    </w:p>
    <w:p w14:paraId="21A5A3A2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12.2 Tràmits de constitució</w:t>
      </w:r>
    </w:p>
    <w:p w14:paraId="21A5A3A3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Altes, constitució, llicències i permisos.</w:t>
      </w:r>
    </w:p>
    <w:p w14:paraId="21A5A3A4" w14:textId="77777777" w:rsidR="004751FB" w:rsidRPr="0097359B" w:rsidRDefault="004751FB">
      <w:pPr>
        <w:rPr>
          <w:lang w:val="ca-ES"/>
        </w:rPr>
      </w:pPr>
    </w:p>
    <w:p w14:paraId="21A5A3A5" w14:textId="77777777" w:rsidR="000510C7" w:rsidRDefault="000510C7">
      <w:pPr>
        <w:rPr>
          <w:lang w:val="ca-ES"/>
        </w:rPr>
      </w:pPr>
    </w:p>
    <w:p w14:paraId="21A5A3A6" w14:textId="77777777" w:rsidR="00E00F72" w:rsidRPr="0097359B" w:rsidRDefault="00E00F72">
      <w:pPr>
        <w:rPr>
          <w:lang w:val="ca-ES"/>
        </w:rPr>
      </w:pPr>
    </w:p>
    <w:p w14:paraId="21A5A3A7" w14:textId="77777777" w:rsidR="000510C7" w:rsidRPr="0097359B" w:rsidRDefault="000510C7">
      <w:pPr>
        <w:rPr>
          <w:lang w:val="ca-ES"/>
        </w:rPr>
      </w:pPr>
    </w:p>
    <w:p w14:paraId="21A5A3A8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 xml:space="preserve">12.3 Obligacions </w:t>
      </w:r>
      <w:r w:rsidR="00E00F72">
        <w:rPr>
          <w:lang w:val="ca-ES"/>
        </w:rPr>
        <w:t xml:space="preserve">comptables i </w:t>
      </w:r>
      <w:r w:rsidRPr="0097359B">
        <w:rPr>
          <w:lang w:val="ca-ES"/>
        </w:rPr>
        <w:t>fiscals</w:t>
      </w:r>
    </w:p>
    <w:p w14:paraId="21A5A3A9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Impostos i obligacions aplicables.</w:t>
      </w:r>
    </w:p>
    <w:p w14:paraId="21A5A3AA" w14:textId="77777777" w:rsidR="004751FB" w:rsidRPr="0097359B" w:rsidRDefault="004751FB">
      <w:pPr>
        <w:rPr>
          <w:lang w:val="ca-ES"/>
        </w:rPr>
      </w:pPr>
    </w:p>
    <w:p w14:paraId="21A5A3AB" w14:textId="77777777" w:rsidR="000A5A6A" w:rsidRPr="0097359B" w:rsidRDefault="000A5A6A">
      <w:pPr>
        <w:rPr>
          <w:lang w:val="ca-ES"/>
        </w:rPr>
      </w:pPr>
    </w:p>
    <w:p w14:paraId="21A5A3AC" w14:textId="77777777" w:rsidR="000A5A6A" w:rsidRPr="0097359B" w:rsidRDefault="000A5A6A">
      <w:pPr>
        <w:rPr>
          <w:lang w:val="ca-ES"/>
        </w:rPr>
      </w:pPr>
    </w:p>
    <w:p w14:paraId="21A5A3AD" w14:textId="77777777" w:rsidR="000A5A6A" w:rsidRPr="0097359B" w:rsidRDefault="000A5A6A">
      <w:pPr>
        <w:rPr>
          <w:lang w:val="ca-ES"/>
        </w:rPr>
      </w:pPr>
    </w:p>
    <w:p w14:paraId="21A5A3AE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12.4 Normativa específica</w:t>
      </w:r>
    </w:p>
    <w:p w14:paraId="21A5A3AF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 xml:space="preserve">Normativa </w:t>
      </w:r>
      <w:r w:rsidR="000510C7" w:rsidRPr="0097359B">
        <w:rPr>
          <w:lang w:val="ca-ES"/>
        </w:rPr>
        <w:t xml:space="preserve">específica </w:t>
      </w:r>
      <w:r w:rsidR="00E00F72">
        <w:rPr>
          <w:lang w:val="ca-ES"/>
        </w:rPr>
        <w:t>relacionada amb l’activitat, si és el cas.</w:t>
      </w:r>
    </w:p>
    <w:p w14:paraId="21A5A3B0" w14:textId="77777777" w:rsidR="004751FB" w:rsidRPr="0097359B" w:rsidRDefault="004751FB">
      <w:pPr>
        <w:rPr>
          <w:lang w:val="ca-ES"/>
        </w:rPr>
      </w:pPr>
    </w:p>
    <w:p w14:paraId="0A85B0CE" w14:textId="77777777" w:rsidR="00BE6860" w:rsidRDefault="00BE6860">
      <w:pPr>
        <w:pStyle w:val="Ttulo1"/>
        <w:rPr>
          <w:lang w:val="ca-ES"/>
        </w:rPr>
        <w:sectPr w:rsidR="00BE6860" w:rsidSect="00D9695A">
          <w:headerReference w:type="default" r:id="rId8"/>
          <w:footerReference w:type="default" r:id="rId9"/>
          <w:pgSz w:w="12240" w:h="15840"/>
          <w:pgMar w:top="1247" w:right="1304" w:bottom="851" w:left="1304" w:header="720" w:footer="720" w:gutter="0"/>
          <w:cols w:space="720"/>
          <w:docGrid w:linePitch="360"/>
        </w:sectPr>
      </w:pPr>
    </w:p>
    <w:p w14:paraId="21A5A3B2" w14:textId="6C60F3A2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13. PLA D’INVERSIONS</w:t>
      </w:r>
      <w:r w:rsidR="008F5DF6">
        <w:rPr>
          <w:lang w:val="ca-ES"/>
        </w:rPr>
        <w:t xml:space="preserve"> I NECESSITATS INICIALS</w:t>
      </w:r>
    </w:p>
    <w:p w14:paraId="21A5A3B3" w14:textId="502AE16F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 xml:space="preserve">13.1 Inversió </w:t>
      </w:r>
      <w:r w:rsidR="00B76F61">
        <w:rPr>
          <w:lang w:val="ca-ES"/>
        </w:rPr>
        <w:t xml:space="preserve">i necessitats </w:t>
      </w:r>
      <w:r w:rsidRPr="0097359B">
        <w:rPr>
          <w:lang w:val="ca-ES"/>
        </w:rPr>
        <w:t>inicial</w:t>
      </w:r>
      <w:r w:rsidR="00B76F61">
        <w:rPr>
          <w:lang w:val="ca-ES"/>
        </w:rPr>
        <w:t>s</w:t>
      </w:r>
    </w:p>
    <w:tbl>
      <w:tblPr>
        <w:tblW w:w="12863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1560"/>
        <w:gridCol w:w="1275"/>
        <w:gridCol w:w="1560"/>
        <w:gridCol w:w="1701"/>
        <w:gridCol w:w="202"/>
        <w:gridCol w:w="2057"/>
      </w:tblGrid>
      <w:tr w:rsidR="00562A69" w:rsidRPr="00562A69" w14:paraId="3EC4179D" w14:textId="77777777" w:rsidTr="007462B3">
        <w:trPr>
          <w:trHeight w:val="501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6DD69084" w14:textId="77777777" w:rsidR="00562A69" w:rsidRPr="00FA0C02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FA0C02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CONCEPTE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5B7310A9" w14:textId="77777777" w:rsidR="00562A69" w:rsidRPr="00FA0C02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FA0C02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 IMPORT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8531535" w14:textId="77777777" w:rsidR="00562A69" w:rsidRPr="00FA0C02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FA0C02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 IVA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333399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6618F15" w14:textId="77777777" w:rsidR="00562A69" w:rsidRPr="00FA0C02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FA0C02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 TOTAL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333399"/>
              <w:bottom w:val="nil"/>
              <w:right w:val="nil"/>
            </w:tcBorders>
            <w:shd w:val="clear" w:color="000000" w:fill="99CCFF"/>
            <w:vAlign w:val="bottom"/>
            <w:hideMark/>
          </w:tcPr>
          <w:p w14:paraId="77BB09FE" w14:textId="77777777" w:rsidR="00562A69" w:rsidRPr="00D17A66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D17A6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% </w:t>
            </w:r>
            <w:r w:rsidRPr="00D17A6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br/>
            </w:r>
            <w:proofErr w:type="spellStart"/>
            <w:r w:rsidRPr="00D17A6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amortització</w:t>
            </w:r>
            <w:proofErr w:type="spellEnd"/>
          </w:p>
        </w:tc>
        <w:tc>
          <w:tcPr>
            <w:tcW w:w="184" w:type="dxa"/>
            <w:tcBorders>
              <w:top w:val="single" w:sz="8" w:space="0" w:color="auto"/>
              <w:left w:val="single" w:sz="8" w:space="0" w:color="333399"/>
              <w:bottom w:val="nil"/>
              <w:right w:val="nil"/>
            </w:tcBorders>
            <w:shd w:val="clear" w:color="000000" w:fill="99CCFF"/>
            <w:vAlign w:val="bottom"/>
          </w:tcPr>
          <w:p w14:paraId="5D7B4EA8" w14:textId="4DDA3E9D" w:rsidR="00562A69" w:rsidRPr="00D17A66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205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99CCFF"/>
            <w:vAlign w:val="bottom"/>
            <w:hideMark/>
          </w:tcPr>
          <w:p w14:paraId="5E8566C2" w14:textId="4183DF44" w:rsidR="00562A69" w:rsidRPr="00D17A66" w:rsidRDefault="00776825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Import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="00562A69" w:rsidRPr="00D17A6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amortitzacions</w:t>
            </w:r>
            <w:proofErr w:type="spellEnd"/>
            <w:r w:rsidR="00562A69" w:rsidRPr="00D17A6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="00562A69" w:rsidRPr="00D17A6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anuals</w:t>
            </w:r>
            <w:proofErr w:type="spellEnd"/>
          </w:p>
        </w:tc>
      </w:tr>
      <w:tr w:rsidR="00562A69" w:rsidRPr="00562A69" w14:paraId="4D8B8451" w14:textId="77777777" w:rsidTr="007462B3">
        <w:trPr>
          <w:trHeight w:val="330"/>
        </w:trPr>
        <w:tc>
          <w:tcPr>
            <w:tcW w:w="4526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03CAB489" w14:textId="77777777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IMMOBILITZAT INTANGIBLE</w:t>
            </w:r>
          </w:p>
        </w:tc>
        <w:tc>
          <w:tcPr>
            <w:tcW w:w="1560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27C9EB9" w14:textId="41E08A04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1E1E677" w14:textId="04B22921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253331A" w14:textId="50AFD604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CDC5E6A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 </w:t>
            </w:r>
          </w:p>
        </w:tc>
        <w:tc>
          <w:tcPr>
            <w:tcW w:w="184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D1EC68D" w14:textId="48A0EB72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single" w:sz="8" w:space="0" w:color="333399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0B3D1FC" w14:textId="0305A7C5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53969F23" w14:textId="77777777" w:rsidTr="007462B3">
        <w:trPr>
          <w:trHeight w:val="30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5FF41C" w14:textId="76E9BF88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Drets</w:t>
            </w:r>
            <w:proofErr w:type="spellEnd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 de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traspàs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824CA77" w14:textId="2C0806B6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7E71D" w14:textId="617DA3F6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0E9F9A2" w14:textId="5E1B89AD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6B1A9B3C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10,00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76C22F66" w14:textId="60754928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2A15DC2" w14:textId="0B01E7B8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558E7035" w14:textId="77777777" w:rsidTr="007462B3">
        <w:trPr>
          <w:trHeight w:val="30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463DC61" w14:textId="027303B8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Patents</w:t>
            </w:r>
            <w:proofErr w:type="spellEnd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 i marques 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60A46D7" w14:textId="6C97BCF0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C522A" w14:textId="6167F7BB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1F8E79B" w14:textId="4AF62EA3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4D9F0B1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5,00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37F35F70" w14:textId="0E846E15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EA11AD1" w14:textId="63232555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4A5B979C" w14:textId="77777777" w:rsidTr="007462B3">
        <w:trPr>
          <w:trHeight w:val="30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4738881" w14:textId="72297387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Software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informàtic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F48A23D" w14:textId="1F348DAC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84F525" w14:textId="4B47DEA0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7BD775E" w14:textId="143834A2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A990C57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25,00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</w:tcPr>
          <w:p w14:paraId="3C7B527A" w14:textId="097FDA59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217E93C" w14:textId="565C1425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2B900468" w14:textId="77777777" w:rsidTr="007462B3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36D41C55" w14:textId="53AC94EA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Altres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24FA87F" w14:textId="6F77FAC0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FFCBC8" w14:textId="30B3740E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39819D" w14:textId="3E2BC864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D2E393A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10,00</w:t>
            </w:r>
          </w:p>
        </w:tc>
        <w:tc>
          <w:tcPr>
            <w:tcW w:w="184" w:type="dxa"/>
            <w:tcBorders>
              <w:top w:val="nil"/>
              <w:left w:val="nil"/>
              <w:bottom w:val="single" w:sz="8" w:space="0" w:color="333399"/>
              <w:right w:val="nil"/>
            </w:tcBorders>
            <w:shd w:val="clear" w:color="000000" w:fill="FFFF00"/>
            <w:noWrap/>
            <w:vAlign w:val="bottom"/>
          </w:tcPr>
          <w:p w14:paraId="01565412" w14:textId="08E83D16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7E3DC87" w14:textId="257DBE0A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56588C4A" w14:textId="77777777" w:rsidTr="007462B3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F05D529" w14:textId="77777777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IMMOBILITZAT MATERIAL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DCF5565" w14:textId="7EB5C9BA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60BD2D2" w14:textId="4872FF37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EA36E93" w14:textId="68DB8465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ED5BE4B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8F20242" w14:textId="507C23AC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574D94F6" w14:textId="63F03D01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56D18288" w14:textId="77777777" w:rsidTr="007462B3">
        <w:trPr>
          <w:trHeight w:val="30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E0AD471" w14:textId="3CD2D3D3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Terrenys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4B990" w14:textId="2D1929ED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1ECF79DE" w14:textId="32DB9613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883081A" w14:textId="1F08E23A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5DA87BD" w14:textId="06E209E9" w:rsidR="00562A69" w:rsidRPr="005479B4" w:rsidRDefault="003F2E63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>
              <w:rPr>
                <w:rFonts w:ascii="Arial" w:eastAsia="Times New Roman" w:hAnsi="Arial" w:cs="Arial"/>
                <w:sz w:val="22"/>
                <w:lang w:val="es-ES" w:eastAsia="es-ES"/>
              </w:rPr>
              <w:t>--</w:t>
            </w:r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5B9643A3" w14:textId="45715D8B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EADA64C" w14:textId="1261321F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6A4E6D8C" w14:textId="77777777" w:rsidTr="007462B3">
        <w:trPr>
          <w:trHeight w:val="30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3E897BD7" w14:textId="3A98CE16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Construccions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0B82E" w14:textId="4E391CDC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088684B9" w14:textId="38527401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B9E4FAD" w14:textId="396A2677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363689A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4,00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47B0C418" w14:textId="291E7218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35FB923" w14:textId="35CC922C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260AA67B" w14:textId="77777777" w:rsidTr="007462B3">
        <w:trPr>
          <w:trHeight w:val="30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DCD7B09" w14:textId="3B03EE69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Instal·lacions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5E6AE" w14:textId="0538DCC0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2A9F75F5" w14:textId="4043D46B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27CFC30" w14:textId="0014FD3E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FE3A284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10,00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6ADE7D10" w14:textId="100BB8F8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470CA37" w14:textId="041083B2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7635D112" w14:textId="77777777" w:rsidTr="007462B3">
        <w:trPr>
          <w:trHeight w:val="30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1A171F6" w14:textId="74CF9E5C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Maquinària</w:t>
            </w:r>
            <w:proofErr w:type="spellEnd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DA377" w14:textId="43F38A70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1F94CF72" w14:textId="591634C7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AE704C5" w14:textId="717964A0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BAECC2C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10,00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7BDBAAEE" w14:textId="2CC3C90D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539671F" w14:textId="0898F1C0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034F1E4E" w14:textId="77777777" w:rsidTr="007462B3">
        <w:trPr>
          <w:trHeight w:val="30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9A2A451" w14:textId="2C44B23A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Utillatge</w:t>
            </w:r>
            <w:proofErr w:type="spellEnd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 i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eines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665CF" w14:textId="5BE7CCED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21FC7A63" w14:textId="77F061E0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DEFE6AD" w14:textId="7112C3D9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7717C53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20,00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47BB5132" w14:textId="6E04D215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826CB38" w14:textId="6E7EFB0F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4E7DE86F" w14:textId="77777777" w:rsidTr="007462B3">
        <w:trPr>
          <w:trHeight w:val="30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D4A4CAA" w14:textId="4430BE70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Mobiliari</w:t>
            </w:r>
            <w:proofErr w:type="spellEnd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BBD52" w14:textId="14CB69EC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1E4AE007" w14:textId="2CBAC95B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98130CE" w14:textId="66AD985B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C3A1485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10,00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4B32094F" w14:textId="49FC7214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99BF11E" w14:textId="18726404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33D50903" w14:textId="77777777" w:rsidTr="003F2E63">
        <w:trPr>
          <w:trHeight w:val="30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F4AD0AD" w14:textId="12974E6B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Hardware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informàtic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45B56" w14:textId="74D03434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67A0A797" w14:textId="7919FB72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94A3249" w14:textId="5AAB4F9C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  <w:hideMark/>
          </w:tcPr>
          <w:p w14:paraId="4E77D99C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25,00</w:t>
            </w:r>
          </w:p>
        </w:tc>
        <w:tc>
          <w:tcPr>
            <w:tcW w:w="184" w:type="dxa"/>
            <w:tcBorders>
              <w:top w:val="nil"/>
              <w:left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66E40D43" w14:textId="74B14C3E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nil"/>
              <w:right w:val="single" w:sz="8" w:space="0" w:color="auto"/>
            </w:tcBorders>
            <w:noWrap/>
            <w:vAlign w:val="bottom"/>
          </w:tcPr>
          <w:p w14:paraId="55DDAA24" w14:textId="7773A0C7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50F6E2A9" w14:textId="77777777" w:rsidTr="003F2E63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0EC77B14" w14:textId="700635C7" w:rsidR="00562A69" w:rsidRPr="005479B4" w:rsidRDefault="00A82F11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-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Elements</w:t>
            </w:r>
            <w:proofErr w:type="spellEnd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 de 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transport</w:t>
            </w:r>
            <w:proofErr w:type="spellEnd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 xml:space="preserve"> (</w:t>
            </w:r>
            <w:proofErr w:type="spellStart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vehícles</w:t>
            </w:r>
            <w:proofErr w:type="spellEnd"/>
            <w:r w:rsidR="00562A69"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15C97094" w14:textId="77CE4639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6BF0AE16" w14:textId="41A87CF3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537769" w14:textId="726FAF64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  <w:hideMark/>
          </w:tcPr>
          <w:p w14:paraId="1C189C89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12,50</w:t>
            </w:r>
          </w:p>
        </w:tc>
        <w:tc>
          <w:tcPr>
            <w:tcW w:w="184" w:type="dxa"/>
            <w:tcBorders>
              <w:top w:val="nil"/>
              <w:left w:val="nil"/>
              <w:bottom w:val="single" w:sz="4" w:space="0" w:color="auto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7739FFBE" w14:textId="50C6E4B4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7152346" w14:textId="29EBDC65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2CD24194" w14:textId="77777777" w:rsidTr="003F2E63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A624A02" w14:textId="40E75D88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E</w:t>
            </w:r>
            <w:r w:rsidR="00C0388F"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xistències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7BDF5B0" w14:textId="165B9F2F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714EF" w14:textId="1C8E3388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333399"/>
              <w:right w:val="single" w:sz="4" w:space="0" w:color="auto"/>
            </w:tcBorders>
            <w:noWrap/>
            <w:vAlign w:val="bottom"/>
          </w:tcPr>
          <w:p w14:paraId="723B1746" w14:textId="02F8C445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8BB69" w14:textId="2852BEBD" w:rsidR="00562A69" w:rsidRPr="007462B3" w:rsidRDefault="007462B3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 w:eastAsia="es-ES"/>
              </w:rPr>
            </w:pPr>
            <w:proofErr w:type="gramStart"/>
            <w:r w:rsidRPr="007462B3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 w:eastAsia="es-ES"/>
              </w:rPr>
              <w:t>TOTAL</w:t>
            </w:r>
            <w:proofErr w:type="gramEnd"/>
            <w:r w:rsidRPr="007462B3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 w:eastAsia="es-ES"/>
              </w:rPr>
              <w:t xml:space="preserve"> AMORTITZACIONS</w:t>
            </w: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333399"/>
            </w:tcBorders>
            <w:shd w:val="clear" w:color="000000" w:fill="FFFF00"/>
            <w:noWrap/>
            <w:vAlign w:val="bottom"/>
            <w:hideMark/>
          </w:tcPr>
          <w:p w14:paraId="643A8309" w14:textId="77777777" w:rsidR="00562A69" w:rsidRPr="005479B4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3C1CC95" w14:textId="5872C9F5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49281F5D" w14:textId="77777777" w:rsidTr="003F2E63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333399"/>
            </w:tcBorders>
            <w:noWrap/>
            <w:vAlign w:val="bottom"/>
            <w:hideMark/>
          </w:tcPr>
          <w:p w14:paraId="192A8F41" w14:textId="5C6DDAA0" w:rsidR="00562A69" w:rsidRPr="005479B4" w:rsidRDefault="00C0760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D</w:t>
            </w:r>
            <w:r w:rsidR="00562A69"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ipòsits i </w:t>
            </w:r>
            <w:proofErr w:type="spellStart"/>
            <w:r w:rsidR="00562A69"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fiances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C664D7" w14:textId="3A949C5F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u w:val="single"/>
                <w:lang w:val="es-ES" w:eastAsia="es-ES"/>
              </w:rPr>
            </w:pPr>
          </w:p>
        </w:tc>
        <w:tc>
          <w:tcPr>
            <w:tcW w:w="1275" w:type="dxa"/>
            <w:tcBorders>
              <w:top w:val="single" w:sz="8" w:space="0" w:color="333399"/>
              <w:left w:val="single" w:sz="8" w:space="0" w:color="333399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261756BC" w14:textId="350276CE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u w:val="single"/>
                <w:lang w:val="es-ES" w:eastAsia="es-ES"/>
              </w:rPr>
            </w:pPr>
          </w:p>
        </w:tc>
        <w:tc>
          <w:tcPr>
            <w:tcW w:w="1560" w:type="dxa"/>
            <w:tcBorders>
              <w:top w:val="single" w:sz="8" w:space="0" w:color="333399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86740D6" w14:textId="53F69016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5C2F4A13" w14:textId="096C14AE" w:rsidR="00562A69" w:rsidRPr="007462B3" w:rsidRDefault="00562A69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2057" w:type="dxa"/>
            <w:tcBorders>
              <w:top w:val="single" w:sz="4" w:space="0" w:color="auto"/>
            </w:tcBorders>
            <w:noWrap/>
            <w:vAlign w:val="bottom"/>
          </w:tcPr>
          <w:p w14:paraId="1D39B02B" w14:textId="46BAAFD8" w:rsidR="00562A69" w:rsidRPr="00562A69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142355" w:rsidRPr="00C37D23" w14:paraId="2DF51136" w14:textId="77777777" w:rsidTr="003F2E63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333399"/>
            </w:tcBorders>
            <w:noWrap/>
            <w:vAlign w:val="bottom"/>
          </w:tcPr>
          <w:p w14:paraId="72A63E8C" w14:textId="317B6017" w:rsidR="00142355" w:rsidRPr="005479B4" w:rsidRDefault="00142355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Despeses</w:t>
            </w:r>
            <w:proofErr w:type="spellEnd"/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 </w:t>
            </w:r>
            <w:proofErr w:type="spellStart"/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constitució</w:t>
            </w:r>
            <w:proofErr w:type="spellEnd"/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 i 1r </w:t>
            </w:r>
            <w:proofErr w:type="spellStart"/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establiment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BA7239" w14:textId="77777777" w:rsidR="00142355" w:rsidRPr="005479B4" w:rsidRDefault="00142355" w:rsidP="00562A69">
            <w:pPr>
              <w:spacing w:after="0" w:line="240" w:lineRule="auto"/>
              <w:rPr>
                <w:rFonts w:ascii="Arial" w:eastAsia="Times New Roman" w:hAnsi="Arial" w:cs="Arial"/>
                <w:sz w:val="22"/>
                <w:u w:val="single"/>
                <w:lang w:val="es-ES"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333399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01BCEE2C" w14:textId="77777777" w:rsidR="00142355" w:rsidRPr="005479B4" w:rsidRDefault="00142355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u w:val="single"/>
                <w:lang w:val="es-ES" w:eastAsia="es-ES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809AC08" w14:textId="77777777" w:rsidR="00142355" w:rsidRPr="005479B4" w:rsidRDefault="00142355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885" w:type="dxa"/>
            <w:gridSpan w:val="2"/>
            <w:tcBorders>
              <w:left w:val="single" w:sz="4" w:space="0" w:color="auto"/>
            </w:tcBorders>
            <w:noWrap/>
            <w:vAlign w:val="bottom"/>
          </w:tcPr>
          <w:p w14:paraId="36198288" w14:textId="77777777" w:rsidR="00142355" w:rsidRPr="005479B4" w:rsidRDefault="00142355" w:rsidP="00562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2057" w:type="dxa"/>
            <w:noWrap/>
            <w:vAlign w:val="bottom"/>
          </w:tcPr>
          <w:p w14:paraId="0BB15ACD" w14:textId="77777777" w:rsidR="00142355" w:rsidRPr="00562A69" w:rsidRDefault="00142355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5C4E40B4" w14:textId="77777777" w:rsidTr="003F2E63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0C37BAF3" w14:textId="61FA20F2" w:rsidR="00562A69" w:rsidRPr="005479B4" w:rsidRDefault="00C0388F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Saldo inicial </w:t>
            </w:r>
            <w:proofErr w:type="spellStart"/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tresoreria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10BAF14" w14:textId="2106C09E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484871F3" w14:textId="64FB8ABF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1E484F65" w14:textId="07ABCD9C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A08B" w14:textId="77777777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8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38DDFF2" w14:textId="77777777" w:rsidR="00562A69" w:rsidRPr="005479B4" w:rsidRDefault="00562A69" w:rsidP="0056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4D50C85" w14:textId="77777777" w:rsidR="00562A69" w:rsidRPr="00562A69" w:rsidRDefault="00562A69" w:rsidP="0056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</w:tr>
      <w:tr w:rsidR="00562A69" w:rsidRPr="00562A69" w14:paraId="15DB428E" w14:textId="77777777" w:rsidTr="007462B3">
        <w:trPr>
          <w:trHeight w:val="351"/>
        </w:trPr>
        <w:tc>
          <w:tcPr>
            <w:tcW w:w="4526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vAlign w:val="bottom"/>
            <w:hideMark/>
          </w:tcPr>
          <w:p w14:paraId="411512EE" w14:textId="10541F2F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5479B4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TOTAL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084109F" w14:textId="2BD4BC10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457E8DA3" w14:textId="4B0F7A54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0C72F2" w14:textId="74B12619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26164" w14:textId="77777777" w:rsidR="00562A69" w:rsidRPr="005479B4" w:rsidRDefault="00562A69" w:rsidP="00562A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0B01" w14:textId="77777777" w:rsidR="00562A69" w:rsidRPr="005479B4" w:rsidRDefault="00562A69" w:rsidP="0056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5D864" w14:textId="77777777" w:rsidR="00562A69" w:rsidRPr="00562A69" w:rsidRDefault="00562A69" w:rsidP="0056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</w:tr>
    </w:tbl>
    <w:p w14:paraId="21A5A3D6" w14:textId="77777777" w:rsidR="004751FB" w:rsidRPr="0097359B" w:rsidRDefault="004751FB">
      <w:pPr>
        <w:rPr>
          <w:lang w:val="ca-ES"/>
        </w:rPr>
      </w:pPr>
    </w:p>
    <w:p w14:paraId="21A5A3D8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14. PLA DE FINANÇAMENT</w:t>
      </w:r>
    </w:p>
    <w:p w14:paraId="21A5A3D9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14.1 Fonts de finançament</w:t>
      </w:r>
    </w:p>
    <w:p w14:paraId="21A5A3DA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Recursos propis, préstecs, subvencions i altres.</w:t>
      </w:r>
    </w:p>
    <w:tbl>
      <w:tblPr>
        <w:tblW w:w="7208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2968"/>
        <w:gridCol w:w="1200"/>
      </w:tblGrid>
      <w:tr w:rsidR="00F40E39" w:rsidRPr="00F40E39" w14:paraId="64A6A4DF" w14:textId="77777777" w:rsidTr="00F40E39">
        <w:trPr>
          <w:trHeight w:val="375"/>
        </w:trPr>
        <w:tc>
          <w:tcPr>
            <w:tcW w:w="3040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695F6336" w14:textId="77777777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</w:pPr>
            <w:r w:rsidRPr="00F40E39"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  <w:t xml:space="preserve">CONCEPTE </w:t>
            </w:r>
          </w:p>
        </w:tc>
        <w:tc>
          <w:tcPr>
            <w:tcW w:w="2968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0B6DFC3E" w14:textId="77777777" w:rsidR="00F40E39" w:rsidRPr="00F40E39" w:rsidRDefault="00F40E39" w:rsidP="00F40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</w:pPr>
            <w:r w:rsidRPr="00F40E39"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  <w:t xml:space="preserve"> IMPORT </w:t>
            </w:r>
          </w:p>
        </w:tc>
        <w:tc>
          <w:tcPr>
            <w:tcW w:w="120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15728009" w14:textId="77777777" w:rsidR="00F40E39" w:rsidRPr="00F40E39" w:rsidRDefault="00F40E39" w:rsidP="00F40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</w:pPr>
            <w:r w:rsidRPr="00F40E39"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  <w:t>%</w:t>
            </w:r>
          </w:p>
        </w:tc>
      </w:tr>
      <w:tr w:rsidR="00F40E39" w:rsidRPr="00F40E39" w14:paraId="75CA7B98" w14:textId="77777777" w:rsidTr="00FA0C02">
        <w:trPr>
          <w:trHeight w:val="300"/>
        </w:trPr>
        <w:tc>
          <w:tcPr>
            <w:tcW w:w="3040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45AADB5" w14:textId="77777777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Recursos propis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75C6A8A1" w14:textId="2A60D249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1402B50" w14:textId="1FA57AB2" w:rsidR="00F40E39" w:rsidRPr="00F40E39" w:rsidRDefault="00F40E39" w:rsidP="00F40E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</w:tr>
      <w:tr w:rsidR="00F40E39" w:rsidRPr="00F40E39" w14:paraId="6CBE24FC" w14:textId="77777777" w:rsidTr="00FA0C02">
        <w:trPr>
          <w:trHeight w:val="300"/>
        </w:trPr>
        <w:tc>
          <w:tcPr>
            <w:tcW w:w="3040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3F466C2" w14:textId="77777777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proofErr w:type="spellStart"/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Crèdits</w:t>
            </w:r>
            <w:proofErr w:type="spellEnd"/>
          </w:p>
        </w:tc>
        <w:tc>
          <w:tcPr>
            <w:tcW w:w="2968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02171A17" w14:textId="6820723B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B509057" w14:textId="5F700944" w:rsidR="00F40E39" w:rsidRPr="00F40E39" w:rsidRDefault="00F40E39" w:rsidP="00F40E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</w:tr>
      <w:tr w:rsidR="00F40E39" w:rsidRPr="00F40E39" w14:paraId="3AD0FCCD" w14:textId="77777777" w:rsidTr="00FA0C02">
        <w:trPr>
          <w:trHeight w:val="300"/>
        </w:trPr>
        <w:tc>
          <w:tcPr>
            <w:tcW w:w="3040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59DBE0C" w14:textId="77777777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proofErr w:type="spellStart"/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Prèstecs</w:t>
            </w:r>
            <w:proofErr w:type="spellEnd"/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Bancaris</w:t>
            </w:r>
            <w:proofErr w:type="spellEnd"/>
          </w:p>
        </w:tc>
        <w:tc>
          <w:tcPr>
            <w:tcW w:w="2968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1F90BEC8" w14:textId="72FB2363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EF3D221" w14:textId="3FCB3D4A" w:rsidR="00F40E39" w:rsidRPr="00F40E39" w:rsidRDefault="00F40E39" w:rsidP="00F40E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</w:tr>
      <w:tr w:rsidR="00F40E39" w:rsidRPr="00F40E39" w14:paraId="23794F7B" w14:textId="77777777" w:rsidTr="00FA0C02">
        <w:trPr>
          <w:trHeight w:val="300"/>
        </w:trPr>
        <w:tc>
          <w:tcPr>
            <w:tcW w:w="3040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E7F22E1" w14:textId="77777777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Leasing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6E6A0CD8" w14:textId="5E7BB019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57BA517" w14:textId="27896F33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</w:tr>
      <w:tr w:rsidR="00F40E39" w:rsidRPr="00F40E39" w14:paraId="21CDB893" w14:textId="77777777" w:rsidTr="00FA0C02">
        <w:trPr>
          <w:trHeight w:val="300"/>
        </w:trPr>
        <w:tc>
          <w:tcPr>
            <w:tcW w:w="3040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FEAD95A" w14:textId="63C40923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proofErr w:type="spellStart"/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Pr</w:t>
            </w:r>
            <w:r w:rsidR="00FA0C02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é</w:t>
            </w:r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stecs</w:t>
            </w:r>
            <w:proofErr w:type="spellEnd"/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socis</w:t>
            </w:r>
            <w:proofErr w:type="spellEnd"/>
          </w:p>
        </w:tc>
        <w:tc>
          <w:tcPr>
            <w:tcW w:w="2968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6FA15052" w14:textId="37A0AE3A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A935918" w14:textId="4A1F8E3E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</w:tr>
      <w:tr w:rsidR="00F40E39" w:rsidRPr="00F40E39" w14:paraId="78596183" w14:textId="77777777" w:rsidTr="00FA0C02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C2EA47C" w14:textId="77777777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proofErr w:type="spellStart"/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Altres</w:t>
            </w:r>
            <w:proofErr w:type="spellEnd"/>
            <w:r w:rsidRPr="00F40E39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 recursos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00"/>
            <w:noWrap/>
            <w:vAlign w:val="bottom"/>
          </w:tcPr>
          <w:p w14:paraId="54691505" w14:textId="4071869B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E5830EA" w14:textId="2A48A869" w:rsidR="00F40E39" w:rsidRPr="00F40E39" w:rsidRDefault="00F40E39" w:rsidP="00F40E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</w:p>
        </w:tc>
      </w:tr>
      <w:tr w:rsidR="00F40E39" w:rsidRPr="00F40E39" w14:paraId="30A61297" w14:textId="77777777" w:rsidTr="00BB2DE9">
        <w:trPr>
          <w:trHeight w:val="375"/>
        </w:trPr>
        <w:tc>
          <w:tcPr>
            <w:tcW w:w="3040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7FEDCFF" w14:textId="77777777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</w:pPr>
            <w:proofErr w:type="gramStart"/>
            <w:r w:rsidRPr="00F40E39"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  <w:t>TOTAL</w:t>
            </w:r>
            <w:proofErr w:type="gramEnd"/>
            <w:r w:rsidRPr="00F40E39"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  <w:t xml:space="preserve"> RECURSOS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770E699" w14:textId="77777777" w:rsidR="00F40E39" w:rsidRPr="00F40E39" w:rsidRDefault="00F40E39" w:rsidP="00F40E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</w:pPr>
            <w:r w:rsidRPr="00F40E39">
              <w:rPr>
                <w:rFonts w:ascii="Arial" w:eastAsia="Times New Roman" w:hAnsi="Arial" w:cs="Arial"/>
                <w:b/>
                <w:bCs/>
                <w:sz w:val="28"/>
                <w:szCs w:val="28"/>
                <w:lang w:val="es-ES" w:eastAsia="es-ES"/>
              </w:rPr>
              <w:t xml:space="preserve">                               - €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14B4BC2" w14:textId="42014AA9" w:rsidR="00F40E39" w:rsidRPr="00F40E39" w:rsidRDefault="00BB2DE9" w:rsidP="00F40E3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100,00</w:t>
            </w:r>
          </w:p>
        </w:tc>
      </w:tr>
      <w:tr w:rsidR="00F40E39" w:rsidRPr="00F40E39" w14:paraId="52B88301" w14:textId="77777777" w:rsidTr="00F40E39">
        <w:trPr>
          <w:trHeight w:val="27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3FEC6" w14:textId="77777777" w:rsidR="00F40E39" w:rsidRPr="00F40E39" w:rsidRDefault="00F40E39" w:rsidP="00F40E3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1DC8D" w14:textId="77777777" w:rsidR="00F40E39" w:rsidRPr="00F40E39" w:rsidRDefault="00F40E39" w:rsidP="00F40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6F958" w14:textId="77777777" w:rsidR="00F40E39" w:rsidRPr="00F40E39" w:rsidRDefault="00F40E39" w:rsidP="00F40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</w:tr>
    </w:tbl>
    <w:p w14:paraId="21A5A3F4" w14:textId="1192F59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14.2 Necessitats de finançament</w:t>
      </w:r>
    </w:p>
    <w:p w14:paraId="21A5A3F5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Quants diners necessites i per a què.</w:t>
      </w:r>
    </w:p>
    <w:p w14:paraId="21A5A3F6" w14:textId="77777777" w:rsidR="004751FB" w:rsidRPr="0097359B" w:rsidRDefault="004751FB">
      <w:pPr>
        <w:rPr>
          <w:lang w:val="ca-ES"/>
        </w:rPr>
      </w:pPr>
    </w:p>
    <w:p w14:paraId="21A5A3F7" w14:textId="77777777" w:rsidR="000A5A6A" w:rsidRPr="0097359B" w:rsidRDefault="000A5A6A">
      <w:pPr>
        <w:rPr>
          <w:lang w:val="ca-ES"/>
        </w:rPr>
      </w:pPr>
    </w:p>
    <w:p w14:paraId="21A5A3F8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14.3 Condicions del finançament</w:t>
      </w:r>
    </w:p>
    <w:p w14:paraId="21A5A3F9" w14:textId="77777777" w:rsidR="004751FB" w:rsidRDefault="00EB4927">
      <w:pPr>
        <w:rPr>
          <w:lang w:val="ca-ES"/>
        </w:rPr>
      </w:pPr>
      <w:r w:rsidRPr="0097359B">
        <w:rPr>
          <w:lang w:val="ca-ES"/>
        </w:rPr>
        <w:t>Import, termini, interès, carència i quota.</w:t>
      </w:r>
    </w:p>
    <w:p w14:paraId="21A5A3FA" w14:textId="77777777" w:rsidR="00E00F72" w:rsidRDefault="00E00F72">
      <w:pPr>
        <w:rPr>
          <w:lang w:val="ca-ES"/>
        </w:rPr>
      </w:pPr>
    </w:p>
    <w:p w14:paraId="75CC16C2" w14:textId="77777777" w:rsidR="0038091C" w:rsidRDefault="0038091C">
      <w:pPr>
        <w:rPr>
          <w:lang w:val="ca-ES"/>
        </w:rPr>
      </w:pPr>
    </w:p>
    <w:p w14:paraId="4B1DFA64" w14:textId="77777777" w:rsidR="0038091C" w:rsidRPr="0097359B" w:rsidRDefault="0038091C">
      <w:pPr>
        <w:rPr>
          <w:lang w:val="ca-ES"/>
        </w:rPr>
      </w:pPr>
    </w:p>
    <w:p w14:paraId="21A5A3FB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lastRenderedPageBreak/>
        <w:t>15. PLA ECONÒMIC I FINANCER</w:t>
      </w:r>
    </w:p>
    <w:p w14:paraId="21A5A400" w14:textId="4C23C831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15.</w:t>
      </w:r>
      <w:r w:rsidR="00C37D23">
        <w:rPr>
          <w:lang w:val="ca-ES"/>
        </w:rPr>
        <w:t>1</w:t>
      </w:r>
      <w:r w:rsidRPr="0097359B">
        <w:rPr>
          <w:lang w:val="ca-ES"/>
        </w:rPr>
        <w:t xml:space="preserve"> Previsió de vendes</w:t>
      </w:r>
      <w:r w:rsidR="00E00F72">
        <w:rPr>
          <w:lang w:val="ca-ES"/>
        </w:rPr>
        <w:t xml:space="preserve"> a 3 anys</w:t>
      </w:r>
    </w:p>
    <w:p w14:paraId="2178E8EC" w14:textId="77777777" w:rsidR="00C37D23" w:rsidRPr="0097359B" w:rsidRDefault="00C37D23" w:rsidP="00C37D23">
      <w:pPr>
        <w:rPr>
          <w:lang w:val="ca-ES"/>
        </w:rPr>
      </w:pPr>
      <w:r w:rsidRPr="0097359B">
        <w:rPr>
          <w:lang w:val="ca-ES"/>
        </w:rPr>
        <w:t>Explica les hipòtesis de les previsions.</w:t>
      </w:r>
    </w:p>
    <w:p w14:paraId="21A5A401" w14:textId="77777777" w:rsidR="004751FB" w:rsidRDefault="004751FB">
      <w:pPr>
        <w:rPr>
          <w:lang w:val="ca-ES"/>
        </w:rPr>
      </w:pPr>
    </w:p>
    <w:tbl>
      <w:tblPr>
        <w:tblpPr w:leftFromText="141" w:rightFromText="141" w:vertAnchor="text" w:horzAnchor="margin" w:tblpXSpec="center" w:tblpY="-80"/>
        <w:tblW w:w="145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1417"/>
        <w:gridCol w:w="1026"/>
        <w:gridCol w:w="887"/>
        <w:gridCol w:w="840"/>
        <w:gridCol w:w="940"/>
        <w:gridCol w:w="940"/>
        <w:gridCol w:w="880"/>
        <w:gridCol w:w="1040"/>
        <w:gridCol w:w="940"/>
        <w:gridCol w:w="1000"/>
        <w:gridCol w:w="1061"/>
        <w:gridCol w:w="1016"/>
        <w:gridCol w:w="1036"/>
        <w:gridCol w:w="874"/>
      </w:tblGrid>
      <w:tr w:rsidR="007F128B" w:rsidRPr="004450C3" w14:paraId="1DB610E5" w14:textId="77777777" w:rsidTr="00DE0870">
        <w:trPr>
          <w:trHeight w:val="33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DC6AF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BCB04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026" w:type="dxa"/>
            <w:tcBorders>
              <w:top w:val="single" w:sz="8" w:space="0" w:color="333399"/>
              <w:left w:val="single" w:sz="8" w:space="0" w:color="333399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01282F1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ANY 1</w:t>
            </w:r>
          </w:p>
        </w:tc>
        <w:tc>
          <w:tcPr>
            <w:tcW w:w="887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7DA29E7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62A69F7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2D4061E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80A2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A0E9F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DA28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0F5B0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53E1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4AAA4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332F7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1CD6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230C7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</w:tr>
      <w:tr w:rsidR="007F128B" w:rsidRPr="004450C3" w14:paraId="0AF3C489" w14:textId="77777777" w:rsidTr="00DE0870">
        <w:trPr>
          <w:trHeight w:val="3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B2E96B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Preus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14:paraId="26B1B1F9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Encàrrecs</w:t>
            </w:r>
            <w:proofErr w:type="spellEnd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mensuals</w:t>
            </w:r>
            <w:proofErr w:type="spellEnd"/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A0559EE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Gener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A57A2FB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Febrer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5F142E67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Març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2445209A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Abril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0B007F1A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Maig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D18C30A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Juny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9FF321F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Juliol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E32A0C9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Agost</w:t>
            </w:r>
            <w:proofErr w:type="spellEnd"/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74F0A79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Setem</w:t>
            </w:r>
            <w:proofErr w:type="spellEnd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.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6E519A6C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Octubre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B9E129A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Novem.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0A3C710B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Desem</w:t>
            </w:r>
            <w:proofErr w:type="spellEnd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.</w:t>
            </w:r>
          </w:p>
        </w:tc>
        <w:tc>
          <w:tcPr>
            <w:tcW w:w="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4BC97755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TOTAL </w:t>
            </w:r>
          </w:p>
        </w:tc>
      </w:tr>
      <w:tr w:rsidR="007F128B" w:rsidRPr="004450C3" w14:paraId="56C69301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C76847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30F8419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8F08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F7CF9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A3CD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E82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706C7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BC08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5084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A74F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95E8F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83A3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DC63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2AFAFC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EB73CF" w14:textId="5F68CD26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2973F545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028028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49FB3C7F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CB64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A332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A207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CB7F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B4FC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FA01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C76E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9733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872C1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3B0B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F636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E62B9C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F23BF6F" w14:textId="5293205E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221201B3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9519C7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530ACC98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7D33C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F93D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804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160E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FB62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C5C3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9DC6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A41E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E1E0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2720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CF93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8287A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9BF4FA" w14:textId="714D8FC3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5EEC12BD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D7F29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2281638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8E2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F6DE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0B3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4D7A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0EEE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9770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2C1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FD3D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DA8C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1C34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E19F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6807F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605FDF2" w14:textId="47910EF8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23DB5EAD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97D72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592665C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BAFB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0648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C9A1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FDCB7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31E3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BE82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4BE8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50D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DEAC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3B81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948B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57FEA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D05862" w14:textId="22F825EC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21635307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CBD9B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746CAE53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8ACB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17B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6820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7349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A3E5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024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0044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05257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3787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17B87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8BA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D7A7C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A4C04DD" w14:textId="24D3A2CE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73E98B31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74E49E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717380A0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A647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C600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B4B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D0DC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70BA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5BBA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D27A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5E7D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AEED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913C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9A90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16D15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6A591C" w14:textId="66198B08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7CAC5059" w14:textId="77777777" w:rsidTr="00833C48">
        <w:trPr>
          <w:trHeight w:val="2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8DD91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19CE8F7E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38E7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663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61C0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EE5A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1E9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C97C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9A35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B2B4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7F5E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1276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0C899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CC61E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FD5EB2F" w14:textId="7CF795B5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5EFCA263" w14:textId="77777777" w:rsidTr="00DE0870">
        <w:trPr>
          <w:trHeight w:val="33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3644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B2B6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E3CAAAA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Gener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86C27F4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Febrer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4845A092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Març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22DCE37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Abril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224CF145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Maig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CD09D02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Juny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A2457BA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Juliol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0F465A1B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Agost</w:t>
            </w:r>
            <w:proofErr w:type="spellEnd"/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8FB87FE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Setem</w:t>
            </w:r>
            <w:proofErr w:type="spellEnd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.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049CC802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Octubre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DB1B911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Novem.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76156776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Desem</w:t>
            </w:r>
            <w:proofErr w:type="spellEnd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.</w:t>
            </w:r>
          </w:p>
        </w:tc>
        <w:tc>
          <w:tcPr>
            <w:tcW w:w="514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2E2F131A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TOTAL </w:t>
            </w:r>
          </w:p>
        </w:tc>
      </w:tr>
      <w:tr w:rsidR="007F128B" w:rsidRPr="004450C3" w14:paraId="0555D5AC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E96EB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08207EE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0387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3B01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7EB7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08D5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B386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F42D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4559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4B57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2326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47EA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B68F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0B7A51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44AAB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56BAFAB9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2E66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297D3D5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62A6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4E94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58C3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2561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D2D9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A91A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3B74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AC3F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C6B7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2950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B481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29767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B1B00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28B9E6CA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1608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2751D6C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9EDD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6C8A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D275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BA2B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E9D2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FA40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3951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BDF0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7446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7830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B519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657C1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56A30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4B61969B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7AEA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3353D2E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F7FA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FF97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10F2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E763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96B8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DF9B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1069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6C26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C79F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04B2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F0CA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74359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D387EB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3441D22B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BA2A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79FAF10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D5AC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172C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CB28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AB3E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44EF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5BCA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366F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1640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71BA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D084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426A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AFB7C6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DF796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50F375CE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87C5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1837ACDE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F732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162F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EF96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36D9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00D1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370B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8074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B1C3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6F88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9E90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D870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482536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C5E51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52ECCF93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B4BB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1195345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63E5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304D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DBFD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6629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21F5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A161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D578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2B4B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BF44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6FDD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4135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76D75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2FB2D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41136794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422B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0814273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20C7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487F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0258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CAB5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6571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8CEF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80AD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45D0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1B29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DAEB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4641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BE1B13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5918A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39311906" w14:textId="77777777" w:rsidTr="00DE0870">
        <w:trPr>
          <w:trHeight w:val="27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9795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6F312A57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proofErr w:type="gramStart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TOTAL</w:t>
            </w:r>
            <w:proofErr w:type="gramEnd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 INGRESSOS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C3231B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CAAC2F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E05D35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088D1F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BEC078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8EAEB7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757168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307458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9023C4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5CE740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C456E3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A2B0C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6509A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</w:tbl>
    <w:p w14:paraId="4D5310D6" w14:textId="77777777" w:rsidR="004450C3" w:rsidRPr="0097359B" w:rsidRDefault="004450C3">
      <w:pPr>
        <w:rPr>
          <w:lang w:val="ca-ES"/>
        </w:rPr>
      </w:pPr>
    </w:p>
    <w:p w14:paraId="5965A38A" w14:textId="77777777" w:rsidR="007F128B" w:rsidRDefault="007F128B">
      <w:pPr>
        <w:rPr>
          <w:lang w:val="ca-ES"/>
        </w:rPr>
      </w:pPr>
    </w:p>
    <w:tbl>
      <w:tblPr>
        <w:tblpPr w:leftFromText="141" w:rightFromText="141" w:vertAnchor="text" w:horzAnchor="margin" w:tblpXSpec="center" w:tblpY="-80"/>
        <w:tblW w:w="145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1417"/>
        <w:gridCol w:w="1026"/>
        <w:gridCol w:w="887"/>
        <w:gridCol w:w="840"/>
        <w:gridCol w:w="940"/>
        <w:gridCol w:w="940"/>
        <w:gridCol w:w="880"/>
        <w:gridCol w:w="1040"/>
        <w:gridCol w:w="940"/>
        <w:gridCol w:w="1000"/>
        <w:gridCol w:w="1061"/>
        <w:gridCol w:w="1016"/>
        <w:gridCol w:w="1036"/>
        <w:gridCol w:w="874"/>
      </w:tblGrid>
      <w:tr w:rsidR="007F128B" w:rsidRPr="004450C3" w14:paraId="45F80531" w14:textId="77777777" w:rsidTr="00DE0870">
        <w:trPr>
          <w:trHeight w:val="33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F7386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F8604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026" w:type="dxa"/>
            <w:tcBorders>
              <w:top w:val="single" w:sz="8" w:space="0" w:color="333399"/>
              <w:left w:val="single" w:sz="8" w:space="0" w:color="333399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6E7512FA" w14:textId="4265DDC9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ANY </w:t>
            </w:r>
            <w:r w:rsidR="00172019"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2</w:t>
            </w:r>
          </w:p>
        </w:tc>
        <w:tc>
          <w:tcPr>
            <w:tcW w:w="887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1C66049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10CC0EB9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7F5D833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F6457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94096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924E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B60A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09991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013EF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49A3D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0790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EF0C8" w14:textId="77777777" w:rsidR="007F128B" w:rsidRPr="00833C48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val="es-ES" w:eastAsia="es-ES"/>
              </w:rPr>
            </w:pPr>
          </w:p>
        </w:tc>
      </w:tr>
      <w:tr w:rsidR="007F128B" w:rsidRPr="004450C3" w14:paraId="4882F6DF" w14:textId="77777777" w:rsidTr="00DE0870">
        <w:trPr>
          <w:trHeight w:val="3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EC0F27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Preus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14:paraId="390E29A7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Encàrrecs</w:t>
            </w:r>
            <w:proofErr w:type="spellEnd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mensuals</w:t>
            </w:r>
            <w:proofErr w:type="spellEnd"/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F60C761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Gener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ECDBAAA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Febrer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657EF149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Març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51FB5C27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Abril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30B2DD1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Maig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EE9891C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Juny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03DDD5F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Juliol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10627C6D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Agost</w:t>
            </w:r>
            <w:proofErr w:type="spellEnd"/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D4C1F44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Setem</w:t>
            </w:r>
            <w:proofErr w:type="spellEnd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.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5C5839FC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Octubre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FB560EC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Novem.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2C54188D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Desem</w:t>
            </w:r>
            <w:proofErr w:type="spellEnd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.</w:t>
            </w:r>
          </w:p>
        </w:tc>
        <w:tc>
          <w:tcPr>
            <w:tcW w:w="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313E9265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TOTAL </w:t>
            </w:r>
          </w:p>
        </w:tc>
      </w:tr>
      <w:tr w:rsidR="007F128B" w:rsidRPr="004450C3" w14:paraId="11201A1A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459C1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0082A283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121E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D879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4CF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D878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44FA9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0BA2C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2FF8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2AEB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84C0C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44B2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45EE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5A8DA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1FA0F0D" w14:textId="41373EDC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7F2C0DE7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9609A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71FCF39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A540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67EC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9E019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6F01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516A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36B1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F805C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15B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894A6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8D54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A8F3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F4C79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19A7FF7" w14:textId="7F734C5E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508054B4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1E5BB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1FB06A0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128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439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A398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D520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83B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C184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B789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DFFD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A8E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C683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5B5F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D32F0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C01F5E" w14:textId="0545B92C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42FF900F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3E6B6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03AA815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FDDC9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C4E4C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4912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0587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E668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13E8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E03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B03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5039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226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08B6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501BF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4EE6F8" w14:textId="5EDD8CBF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5DFD99F0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4672B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66AC3D4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6F83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C9399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70AC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4747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D7B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4633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E353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CD78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5074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C8D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ACE9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73ED1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5C5A35" w14:textId="746D6B54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58D3CF6D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07819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6C03BC9F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80B22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FFC6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E31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B24F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537F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203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D2F13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D12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AC80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F46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6272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A810E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9D47AF" w14:textId="24BB5D98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1E3BD5B3" w14:textId="77777777" w:rsidTr="00833C48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C9740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5B75B5F7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2BB1E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14771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E6FD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5C1B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5097C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8D8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71F5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A991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FAF3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1C31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6210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0CBA55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5552366" w14:textId="43024F3C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12392086" w14:textId="77777777" w:rsidTr="00833C48">
        <w:trPr>
          <w:trHeight w:val="2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81FF1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2E2488C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D9C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018DD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6A124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0A72A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9BBDF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903AC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EB706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03D57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E1C7B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76769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700FC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AD9538" w14:textId="77777777" w:rsidR="007F128B" w:rsidRPr="00833C48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sz w:val="22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9425EBC" w14:textId="4AA6816B" w:rsidR="007F128B" w:rsidRPr="00833C48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val="es-ES" w:eastAsia="es-ES"/>
              </w:rPr>
            </w:pPr>
          </w:p>
        </w:tc>
      </w:tr>
      <w:tr w:rsidR="007F128B" w:rsidRPr="004450C3" w14:paraId="243321A4" w14:textId="77777777" w:rsidTr="00DE0870">
        <w:trPr>
          <w:trHeight w:val="33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806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8EE4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16AE0DA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Gener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C410614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Febrer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459302E9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Març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3E36FB9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Abril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741E632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Maig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628EBC5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Juny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AE9DC14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Juliol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18ACBA51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Agost</w:t>
            </w:r>
            <w:proofErr w:type="spellEnd"/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574811B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Setem</w:t>
            </w:r>
            <w:proofErr w:type="spellEnd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.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5189ADD1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Octubre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9DE0FEE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Novem.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4715F19B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proofErr w:type="spellStart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Desem</w:t>
            </w:r>
            <w:proofErr w:type="spellEnd"/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.</w:t>
            </w:r>
          </w:p>
        </w:tc>
        <w:tc>
          <w:tcPr>
            <w:tcW w:w="514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2FE2A079" w14:textId="77777777" w:rsidR="007F128B" w:rsidRPr="00833C48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833C48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 xml:space="preserve">TOTAL </w:t>
            </w:r>
          </w:p>
        </w:tc>
      </w:tr>
      <w:tr w:rsidR="007F128B" w:rsidRPr="004450C3" w14:paraId="2562D71E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E68B1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50233F84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8966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EB30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6E3A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7EB1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2830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9B42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12BE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D76A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D168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5B4D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7BC1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B71D8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4F4FB8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60895FBD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368A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3E327E7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ABD7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2C84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A546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438D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4CED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0064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E2C3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2D99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2B57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7C1B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F412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D934D6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0E741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5B67259B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C26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306FF295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A14D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D9C3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E173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C4AE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352A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74B8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958F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74DF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763E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FBCC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AED4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BE5AF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B3C3B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0D4663F0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900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5913A1B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01FD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2F2B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7493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1069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7BF5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4C56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4BA1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3990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2CD3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7232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B574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D40BBD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77276D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750FAE3E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4A06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7539EAA0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AF53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DE07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9633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005F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22F3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A6AA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A9DC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3A09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50E7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8888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A7DB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3955A5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B8011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23E69995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C725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0DDB4A27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865D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8321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56FC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EB2B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BB70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9747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6BD4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8D6F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A963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1C4C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7B9E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22923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4FA7D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50301D80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E9EB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403B345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4868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9284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C149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E15E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A47D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384B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7170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B4A6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10EC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FDFB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5AAD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F811F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D6D18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2F643DCE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896F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55F41E94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5EAF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4898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C106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E008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7355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59BC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5E70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DBBA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5F9D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FBCE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F8C9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E40608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C5052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514C4C6C" w14:textId="77777777" w:rsidTr="00DE0870">
        <w:trPr>
          <w:trHeight w:val="27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D2F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2EE214DE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proofErr w:type="gramStart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TOTAL</w:t>
            </w:r>
            <w:proofErr w:type="gramEnd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 INGRESSOS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247642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7D9643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9E7439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819B49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D3163B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ACC189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2D70A0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EA9885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8E02F9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B8DD63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B5F140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91396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353CF8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</w:tbl>
    <w:p w14:paraId="48547F35" w14:textId="77777777" w:rsidR="007F128B" w:rsidRDefault="007F128B">
      <w:pPr>
        <w:rPr>
          <w:lang w:val="ca-ES"/>
        </w:rPr>
      </w:pPr>
    </w:p>
    <w:p w14:paraId="221DAE41" w14:textId="77777777" w:rsidR="007F128B" w:rsidRDefault="007F128B">
      <w:pPr>
        <w:rPr>
          <w:lang w:val="ca-ES"/>
        </w:rPr>
      </w:pPr>
    </w:p>
    <w:p w14:paraId="511371BA" w14:textId="77777777" w:rsidR="007F128B" w:rsidRDefault="007F128B">
      <w:pPr>
        <w:rPr>
          <w:lang w:val="ca-ES"/>
        </w:rPr>
      </w:pPr>
    </w:p>
    <w:p w14:paraId="5675F729" w14:textId="77777777" w:rsidR="007F128B" w:rsidRDefault="007F128B">
      <w:pPr>
        <w:rPr>
          <w:lang w:val="ca-ES"/>
        </w:rPr>
      </w:pPr>
    </w:p>
    <w:p w14:paraId="3946C940" w14:textId="77777777" w:rsidR="007F128B" w:rsidRDefault="007F128B">
      <w:pPr>
        <w:rPr>
          <w:lang w:val="ca-ES"/>
        </w:rPr>
      </w:pPr>
    </w:p>
    <w:tbl>
      <w:tblPr>
        <w:tblpPr w:leftFromText="141" w:rightFromText="141" w:vertAnchor="text" w:horzAnchor="margin" w:tblpXSpec="center" w:tblpY="-80"/>
        <w:tblW w:w="145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1417"/>
        <w:gridCol w:w="1026"/>
        <w:gridCol w:w="887"/>
        <w:gridCol w:w="840"/>
        <w:gridCol w:w="940"/>
        <w:gridCol w:w="940"/>
        <w:gridCol w:w="880"/>
        <w:gridCol w:w="1040"/>
        <w:gridCol w:w="940"/>
        <w:gridCol w:w="1000"/>
        <w:gridCol w:w="1061"/>
        <w:gridCol w:w="1016"/>
        <w:gridCol w:w="1036"/>
        <w:gridCol w:w="940"/>
      </w:tblGrid>
      <w:tr w:rsidR="007F128B" w:rsidRPr="004450C3" w14:paraId="37223852" w14:textId="77777777" w:rsidTr="00DE0870">
        <w:trPr>
          <w:trHeight w:val="33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25A5F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CE59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026" w:type="dxa"/>
            <w:tcBorders>
              <w:top w:val="single" w:sz="8" w:space="0" w:color="333399"/>
              <w:left w:val="single" w:sz="8" w:space="0" w:color="333399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1F35EC06" w14:textId="15109756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 xml:space="preserve">ANY </w:t>
            </w:r>
            <w:r w:rsidR="0017201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887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72AC64C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5AA38594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4E4863B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570D7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6C565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F6CA4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784DA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07EA7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7B63E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C73FBE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1FF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D6B8" w14:textId="77777777" w:rsidR="007F128B" w:rsidRPr="004450C3" w:rsidRDefault="007F128B" w:rsidP="00DE0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5F606686" w14:textId="77777777" w:rsidTr="00DE0870">
        <w:trPr>
          <w:trHeight w:val="3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D775B6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Preus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14:paraId="02CB8B62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Encàrrecs</w:t>
            </w:r>
            <w:proofErr w:type="spellEnd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mensuals</w:t>
            </w:r>
            <w:proofErr w:type="spellEnd"/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5AECDEC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Gener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E1EADBB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Febrer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69FBA4FD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Març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75F577BE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Abril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64FF9B33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Maig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CF1D203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Juny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41298CE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Juliol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787CD6E6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Agost</w:t>
            </w:r>
            <w:proofErr w:type="spellEnd"/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84D1B01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Setem</w:t>
            </w:r>
            <w:proofErr w:type="spellEnd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.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7111F377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Octubre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8B610F8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Novem.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5BB5D3EE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Desem</w:t>
            </w:r>
            <w:proofErr w:type="spellEnd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.</w:t>
            </w:r>
          </w:p>
        </w:tc>
        <w:tc>
          <w:tcPr>
            <w:tcW w:w="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6990497E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 xml:space="preserve">TOTAL </w:t>
            </w:r>
          </w:p>
        </w:tc>
      </w:tr>
      <w:tr w:rsidR="007F128B" w:rsidRPr="004450C3" w14:paraId="376F2955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4A1745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056B7DD3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6AD45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1EA95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15103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DB5B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B860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B14D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C41E4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8BF5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413BA7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A67C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C561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CED865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5044E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</w:t>
            </w:r>
          </w:p>
        </w:tc>
      </w:tr>
      <w:tr w:rsidR="007F128B" w:rsidRPr="004450C3" w14:paraId="7E492C26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1613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6A4A814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1B0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D7E6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7874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E1978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3E68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FFCB8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0EB7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43D3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FD9D2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1EAA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3150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1B898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772EB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</w:t>
            </w:r>
          </w:p>
        </w:tc>
      </w:tr>
      <w:tr w:rsidR="007F128B" w:rsidRPr="004450C3" w14:paraId="3F2D3EB6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FBB0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3A277DF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87F4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1ECF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2DEB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D61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D43F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52E1F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61E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3EAD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5AAC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5584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785C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44577F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DD770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</w:t>
            </w:r>
          </w:p>
        </w:tc>
      </w:tr>
      <w:tr w:rsidR="007F128B" w:rsidRPr="004450C3" w14:paraId="36F70750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CB91C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2DA53C77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D76A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D9AD8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A1075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636F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863A0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B130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463E3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8F96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564A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3FC6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757D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52553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9CAF1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</w:t>
            </w:r>
          </w:p>
        </w:tc>
      </w:tr>
      <w:tr w:rsidR="007F128B" w:rsidRPr="004450C3" w14:paraId="1C149DC0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E053BE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61F96508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5C8E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966C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92C8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ED6B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F2A5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8A7A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5375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8035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5873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1E61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492F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25DCD3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956A1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</w:t>
            </w:r>
          </w:p>
        </w:tc>
      </w:tr>
      <w:tr w:rsidR="007F128B" w:rsidRPr="004450C3" w14:paraId="084F4790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F47F9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07D0214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9243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01FA3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A8423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BF6F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E9A8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A1DD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82FF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5665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4976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175A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A9435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446C40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F9B98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</w:t>
            </w:r>
          </w:p>
        </w:tc>
      </w:tr>
      <w:tr w:rsidR="007F128B" w:rsidRPr="004450C3" w14:paraId="4A446490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7918C8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14B896B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A86B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F79C4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F392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F9A8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80A55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117E7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EB52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C13C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9DE6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5294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E1E53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2E4E90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88C04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</w:t>
            </w:r>
          </w:p>
        </w:tc>
      </w:tr>
      <w:tr w:rsidR="007F128B" w:rsidRPr="004450C3" w14:paraId="7068DA65" w14:textId="77777777" w:rsidTr="00DE0870">
        <w:trPr>
          <w:trHeight w:val="2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D2D82E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7FBC3DD0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C645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29A0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CB7F8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775D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21590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1E29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C9C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320A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77696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D37E0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56EFB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0F6E85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0FCE4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0</w:t>
            </w:r>
          </w:p>
        </w:tc>
      </w:tr>
      <w:tr w:rsidR="007F128B" w:rsidRPr="004450C3" w14:paraId="08B505DB" w14:textId="77777777" w:rsidTr="00DE0870">
        <w:trPr>
          <w:trHeight w:val="33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50C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A8DF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FC585B0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Gener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7A69C75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Febrer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2DCD2785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Març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271EC30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Abril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577EC33B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Maig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5148773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Juny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F9D1886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Juliol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78C2AD09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Agost</w:t>
            </w:r>
            <w:proofErr w:type="spellEnd"/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F7522E3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Setem</w:t>
            </w:r>
            <w:proofErr w:type="spellEnd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.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2BC8389B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Octubre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B30597E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Novem.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48E5FFAE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Desem</w:t>
            </w:r>
            <w:proofErr w:type="spellEnd"/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.</w:t>
            </w:r>
          </w:p>
        </w:tc>
        <w:tc>
          <w:tcPr>
            <w:tcW w:w="514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3A8E85EF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 xml:space="preserve">TOTAL </w:t>
            </w:r>
          </w:p>
        </w:tc>
      </w:tr>
      <w:tr w:rsidR="007F128B" w:rsidRPr="004450C3" w14:paraId="56F1F93D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E68D8" w14:textId="77777777" w:rsidR="007F128B" w:rsidRPr="004450C3" w:rsidRDefault="007F128B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74F8E87A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B918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994A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954A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1D0D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625E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88ED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CC75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82A6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F641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ED84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C48F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F789B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6AF97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02095CB5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884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68BFF3F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E50D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F743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91E7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3A57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E6F1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9729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D118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6FEC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8E6B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8E7A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CE43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EAE77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EBDCA5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1E60A607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363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06CB9BA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E355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06FB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AB30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2A41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E58C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FBFC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C083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3C2D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6163C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FBFC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C45A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08D8C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271449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109A08C1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E203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0AB7281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8C34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96AD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49C5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E6E1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2B3A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2460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5AE9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7E99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82C2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3A5A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688F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81B72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5C7FA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373E3BEB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E9AE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629A1C29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7353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1BC4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FB65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338A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1C4C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6B2E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9182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FCB9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2F1C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2D59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890F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76F2E4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4F10A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39FCD5BD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D862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755F7F12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AC2A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9ACA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22B0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8D47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C23C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4C8B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48B9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B076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8457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E163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7EF7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8B5346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06552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58821756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08C1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312A9BA1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14A7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20B4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6583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1FD4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E96D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C735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2B3C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73F2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E393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5FDD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7516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209EC4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1B9306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053090AB" w14:textId="77777777" w:rsidTr="00DE0870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6222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7917DDF8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4450C3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B63B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D174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2062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31BCD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E62A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BC96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A76B9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945CF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815A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3807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3EBB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466B7A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95F04E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7F128B" w:rsidRPr="004450C3" w14:paraId="7CF27DE8" w14:textId="77777777" w:rsidTr="00DE0870">
        <w:trPr>
          <w:trHeight w:val="27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AA9AB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14:paraId="06BBCBC8" w14:textId="77777777" w:rsidR="007F128B" w:rsidRPr="004450C3" w:rsidRDefault="007F128B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proofErr w:type="gramStart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TOTAL</w:t>
            </w:r>
            <w:proofErr w:type="gramEnd"/>
            <w:r w:rsidRPr="004450C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 INGRESSOS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D857625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412560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E7A929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F55D0F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A3D8897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5ADD70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91E2C83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59E6DB0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9E2D972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EBCC27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A7CC664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FD3B388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79B5401" w14:textId="77777777" w:rsidR="007F128B" w:rsidRPr="004450C3" w:rsidRDefault="007F128B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</w:tbl>
    <w:p w14:paraId="7791B210" w14:textId="77777777" w:rsidR="007F128B" w:rsidRDefault="007F128B">
      <w:pPr>
        <w:rPr>
          <w:lang w:val="ca-ES"/>
        </w:rPr>
      </w:pPr>
    </w:p>
    <w:p w14:paraId="74A468B8" w14:textId="77777777" w:rsidR="007F128B" w:rsidRDefault="007F128B">
      <w:pPr>
        <w:rPr>
          <w:lang w:val="ca-ES"/>
        </w:rPr>
      </w:pPr>
    </w:p>
    <w:p w14:paraId="726B1C74" w14:textId="77777777" w:rsidR="007F128B" w:rsidRDefault="007F128B">
      <w:pPr>
        <w:rPr>
          <w:lang w:val="ca-ES"/>
        </w:rPr>
      </w:pPr>
    </w:p>
    <w:p w14:paraId="5C2FA0B5" w14:textId="77777777" w:rsidR="008117D8" w:rsidRDefault="008117D8">
      <w:pPr>
        <w:rPr>
          <w:lang w:val="ca-ES"/>
        </w:rPr>
      </w:pPr>
    </w:p>
    <w:p w14:paraId="55C703FD" w14:textId="77777777" w:rsidR="008117D8" w:rsidRDefault="008117D8">
      <w:pPr>
        <w:rPr>
          <w:lang w:val="ca-ES"/>
        </w:rPr>
      </w:pPr>
    </w:p>
    <w:p w14:paraId="7006E9BA" w14:textId="77777777" w:rsidR="00CA41A3" w:rsidRDefault="00CA41A3">
      <w:pPr>
        <w:rPr>
          <w:lang w:val="ca-ES"/>
        </w:rPr>
      </w:pPr>
    </w:p>
    <w:p w14:paraId="21A5A421" w14:textId="5AC9428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lastRenderedPageBreak/>
        <w:t>15.</w:t>
      </w:r>
      <w:r w:rsidR="00C37D23">
        <w:rPr>
          <w:lang w:val="ca-ES"/>
        </w:rPr>
        <w:t>2</w:t>
      </w:r>
      <w:r w:rsidRPr="0097359B">
        <w:rPr>
          <w:lang w:val="ca-ES"/>
        </w:rPr>
        <w:t xml:space="preserve"> Previsió de despeses</w:t>
      </w:r>
      <w:r w:rsidR="00E00F72">
        <w:rPr>
          <w:lang w:val="ca-ES"/>
        </w:rPr>
        <w:t xml:space="preserve"> a 3 anys</w:t>
      </w:r>
    </w:p>
    <w:p w14:paraId="21A5A422" w14:textId="77777777" w:rsidR="004751FB" w:rsidRPr="0097359B" w:rsidRDefault="004751FB">
      <w:pPr>
        <w:rPr>
          <w:lang w:val="ca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49"/>
        <w:gridCol w:w="2408"/>
        <w:gridCol w:w="2408"/>
        <w:gridCol w:w="2408"/>
      </w:tblGrid>
      <w:tr w:rsidR="004751FB" w:rsidRPr="0097359B" w14:paraId="21A5A427" w14:textId="77777777" w:rsidTr="00CA41A3">
        <w:trPr>
          <w:jc w:val="center"/>
        </w:trPr>
        <w:tc>
          <w:tcPr>
            <w:tcW w:w="4549" w:type="dxa"/>
            <w:shd w:val="clear" w:color="auto" w:fill="D9EAF7"/>
            <w:vAlign w:val="center"/>
          </w:tcPr>
          <w:p w14:paraId="21A5A42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Despesa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424" w14:textId="77777777" w:rsidR="004751FB" w:rsidRPr="00CA41A3" w:rsidRDefault="00EB4927" w:rsidP="00CA41A3">
            <w:pPr>
              <w:jc w:val="center"/>
              <w:rPr>
                <w:sz w:val="22"/>
                <w:lang w:val="ca-ES"/>
              </w:rPr>
            </w:pPr>
            <w:r w:rsidRPr="00CA41A3">
              <w:rPr>
                <w:b/>
                <w:sz w:val="22"/>
                <w:lang w:val="ca-ES"/>
              </w:rPr>
              <w:t>Any 1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425" w14:textId="77777777" w:rsidR="004751FB" w:rsidRPr="00CA41A3" w:rsidRDefault="00EB4927" w:rsidP="00CA41A3">
            <w:pPr>
              <w:jc w:val="center"/>
              <w:rPr>
                <w:sz w:val="22"/>
                <w:lang w:val="ca-ES"/>
              </w:rPr>
            </w:pPr>
            <w:r w:rsidRPr="00CA41A3">
              <w:rPr>
                <w:b/>
                <w:sz w:val="22"/>
                <w:lang w:val="ca-ES"/>
              </w:rPr>
              <w:t>Any 2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21A5A426" w14:textId="77777777" w:rsidR="004751FB" w:rsidRPr="00CA41A3" w:rsidRDefault="00EB4927" w:rsidP="00CA41A3">
            <w:pPr>
              <w:jc w:val="center"/>
              <w:rPr>
                <w:sz w:val="22"/>
                <w:lang w:val="ca-ES"/>
              </w:rPr>
            </w:pPr>
            <w:r w:rsidRPr="00CA41A3">
              <w:rPr>
                <w:b/>
                <w:sz w:val="22"/>
                <w:lang w:val="ca-ES"/>
              </w:rPr>
              <w:t>Any 3</w:t>
            </w:r>
          </w:p>
        </w:tc>
      </w:tr>
      <w:tr w:rsidR="004751FB" w:rsidRPr="0097359B" w14:paraId="21A5A42C" w14:textId="77777777" w:rsidTr="00CA41A3">
        <w:trPr>
          <w:jc w:val="center"/>
        </w:trPr>
        <w:tc>
          <w:tcPr>
            <w:tcW w:w="4549" w:type="dxa"/>
            <w:vAlign w:val="center"/>
          </w:tcPr>
          <w:p w14:paraId="21A5A42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2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2A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2B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31" w14:textId="77777777" w:rsidTr="00CA41A3">
        <w:trPr>
          <w:jc w:val="center"/>
        </w:trPr>
        <w:tc>
          <w:tcPr>
            <w:tcW w:w="4549" w:type="dxa"/>
            <w:vAlign w:val="center"/>
          </w:tcPr>
          <w:p w14:paraId="21A5A42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2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2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3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36" w14:textId="77777777" w:rsidTr="00CA41A3">
        <w:trPr>
          <w:jc w:val="center"/>
        </w:trPr>
        <w:tc>
          <w:tcPr>
            <w:tcW w:w="4549" w:type="dxa"/>
            <w:vAlign w:val="center"/>
          </w:tcPr>
          <w:p w14:paraId="21A5A43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3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3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35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3B" w14:textId="77777777" w:rsidTr="00CA41A3">
        <w:trPr>
          <w:jc w:val="center"/>
        </w:trPr>
        <w:tc>
          <w:tcPr>
            <w:tcW w:w="4549" w:type="dxa"/>
            <w:vAlign w:val="center"/>
          </w:tcPr>
          <w:p w14:paraId="21A5A437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3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3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3A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40" w14:textId="77777777" w:rsidTr="00CA41A3">
        <w:trPr>
          <w:jc w:val="center"/>
        </w:trPr>
        <w:tc>
          <w:tcPr>
            <w:tcW w:w="4549" w:type="dxa"/>
            <w:vAlign w:val="center"/>
          </w:tcPr>
          <w:p w14:paraId="21A5A43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3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3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3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45" w14:textId="77777777" w:rsidTr="00CA41A3">
        <w:trPr>
          <w:jc w:val="center"/>
        </w:trPr>
        <w:tc>
          <w:tcPr>
            <w:tcW w:w="4549" w:type="dxa"/>
            <w:vAlign w:val="center"/>
          </w:tcPr>
          <w:p w14:paraId="21A5A441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4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4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4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4A" w14:textId="77777777" w:rsidTr="00CA41A3">
        <w:trPr>
          <w:jc w:val="center"/>
        </w:trPr>
        <w:tc>
          <w:tcPr>
            <w:tcW w:w="4549" w:type="dxa"/>
            <w:vAlign w:val="center"/>
          </w:tcPr>
          <w:p w14:paraId="21A5A44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47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4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4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4F" w14:textId="77777777" w:rsidTr="00CA41A3">
        <w:trPr>
          <w:jc w:val="center"/>
        </w:trPr>
        <w:tc>
          <w:tcPr>
            <w:tcW w:w="4549" w:type="dxa"/>
            <w:vAlign w:val="center"/>
          </w:tcPr>
          <w:p w14:paraId="21A5A44B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4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4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408" w:type="dxa"/>
            <w:vAlign w:val="center"/>
          </w:tcPr>
          <w:p w14:paraId="21A5A44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A72CB6" w:rsidRPr="0097359B" w14:paraId="79C6EC2A" w14:textId="77777777" w:rsidTr="00CA41A3">
        <w:trPr>
          <w:jc w:val="center"/>
        </w:trPr>
        <w:tc>
          <w:tcPr>
            <w:tcW w:w="4549" w:type="dxa"/>
            <w:vAlign w:val="center"/>
          </w:tcPr>
          <w:p w14:paraId="0DCA0125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199AA0B7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5C144FC4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1244F064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  <w:tr w:rsidR="00A72CB6" w:rsidRPr="0097359B" w14:paraId="35DEE042" w14:textId="77777777" w:rsidTr="00CA41A3">
        <w:trPr>
          <w:jc w:val="center"/>
        </w:trPr>
        <w:tc>
          <w:tcPr>
            <w:tcW w:w="4549" w:type="dxa"/>
            <w:vAlign w:val="center"/>
          </w:tcPr>
          <w:p w14:paraId="400D159A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510295AD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6B34FACB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6A861BA1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  <w:tr w:rsidR="00A72CB6" w:rsidRPr="0097359B" w14:paraId="5E2AD3DC" w14:textId="77777777" w:rsidTr="00CA41A3">
        <w:trPr>
          <w:jc w:val="center"/>
        </w:trPr>
        <w:tc>
          <w:tcPr>
            <w:tcW w:w="4549" w:type="dxa"/>
            <w:vAlign w:val="center"/>
          </w:tcPr>
          <w:p w14:paraId="0A002C95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43BAFD03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77892E5C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64C46A31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  <w:tr w:rsidR="00A72CB6" w:rsidRPr="0097359B" w14:paraId="53F054AD" w14:textId="77777777" w:rsidTr="00CA41A3">
        <w:trPr>
          <w:jc w:val="center"/>
        </w:trPr>
        <w:tc>
          <w:tcPr>
            <w:tcW w:w="4549" w:type="dxa"/>
            <w:vAlign w:val="center"/>
          </w:tcPr>
          <w:p w14:paraId="237CBC9D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035CAA2E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14F963B5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3E72C4AF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  <w:tr w:rsidR="00A72CB6" w:rsidRPr="0097359B" w14:paraId="3BF4F952" w14:textId="77777777" w:rsidTr="00CA41A3">
        <w:trPr>
          <w:jc w:val="center"/>
        </w:trPr>
        <w:tc>
          <w:tcPr>
            <w:tcW w:w="4549" w:type="dxa"/>
            <w:vAlign w:val="center"/>
          </w:tcPr>
          <w:p w14:paraId="747109D0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2F9270C4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1FFCE0F4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434EAAA3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  <w:tr w:rsidR="00A72CB6" w:rsidRPr="0097359B" w14:paraId="1B1BADE6" w14:textId="77777777" w:rsidTr="00CA41A3">
        <w:trPr>
          <w:jc w:val="center"/>
        </w:trPr>
        <w:tc>
          <w:tcPr>
            <w:tcW w:w="4549" w:type="dxa"/>
            <w:vAlign w:val="center"/>
          </w:tcPr>
          <w:p w14:paraId="2B14BDB3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55BE3439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7CE65162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2ACD2546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  <w:tr w:rsidR="00A72CB6" w:rsidRPr="0097359B" w14:paraId="045560C8" w14:textId="77777777" w:rsidTr="00CA41A3">
        <w:trPr>
          <w:jc w:val="center"/>
        </w:trPr>
        <w:tc>
          <w:tcPr>
            <w:tcW w:w="4549" w:type="dxa"/>
            <w:vAlign w:val="center"/>
          </w:tcPr>
          <w:p w14:paraId="218EACDC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798A4AFC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496BA84C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4224441A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  <w:tr w:rsidR="00A72CB6" w:rsidRPr="0097359B" w14:paraId="109998EF" w14:textId="77777777" w:rsidTr="00CA41A3">
        <w:trPr>
          <w:jc w:val="center"/>
        </w:trPr>
        <w:tc>
          <w:tcPr>
            <w:tcW w:w="4549" w:type="dxa"/>
            <w:vAlign w:val="center"/>
          </w:tcPr>
          <w:p w14:paraId="34D85643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6A722313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37B88ED5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3E4C4FAE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  <w:tr w:rsidR="00A72CB6" w:rsidRPr="0097359B" w14:paraId="58EB62E5" w14:textId="77777777" w:rsidTr="00CA41A3">
        <w:trPr>
          <w:jc w:val="center"/>
        </w:trPr>
        <w:tc>
          <w:tcPr>
            <w:tcW w:w="4549" w:type="dxa"/>
            <w:vAlign w:val="center"/>
          </w:tcPr>
          <w:p w14:paraId="7F355002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3B4B5BBB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550AEA47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1ECA7B5D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  <w:tr w:rsidR="00A72CB6" w:rsidRPr="0097359B" w14:paraId="79840898" w14:textId="77777777" w:rsidTr="00CA41A3">
        <w:trPr>
          <w:jc w:val="center"/>
        </w:trPr>
        <w:tc>
          <w:tcPr>
            <w:tcW w:w="4549" w:type="dxa"/>
            <w:vAlign w:val="center"/>
          </w:tcPr>
          <w:p w14:paraId="6C4BCADD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32B271F4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02CA6640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29C1591A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  <w:tr w:rsidR="00A72CB6" w:rsidRPr="0097359B" w14:paraId="077B7E31" w14:textId="77777777" w:rsidTr="00CA41A3">
        <w:trPr>
          <w:jc w:val="center"/>
        </w:trPr>
        <w:tc>
          <w:tcPr>
            <w:tcW w:w="4549" w:type="dxa"/>
            <w:vAlign w:val="center"/>
          </w:tcPr>
          <w:p w14:paraId="732AD044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4C84A4E2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17B64666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  <w:tc>
          <w:tcPr>
            <w:tcW w:w="2408" w:type="dxa"/>
            <w:vAlign w:val="center"/>
          </w:tcPr>
          <w:p w14:paraId="46B777CB" w14:textId="77777777" w:rsidR="00A72CB6" w:rsidRPr="0097359B" w:rsidRDefault="00A72CB6">
            <w:pPr>
              <w:rPr>
                <w:sz w:val="18"/>
                <w:lang w:val="ca-ES"/>
              </w:rPr>
            </w:pPr>
          </w:p>
        </w:tc>
      </w:tr>
    </w:tbl>
    <w:p w14:paraId="21A5A450" w14:textId="77777777" w:rsidR="004751FB" w:rsidRPr="0097359B" w:rsidRDefault="004751FB">
      <w:pPr>
        <w:rPr>
          <w:lang w:val="ca-ES"/>
        </w:rPr>
      </w:pPr>
    </w:p>
    <w:p w14:paraId="21A5A451" w14:textId="7A208ED3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15.</w:t>
      </w:r>
      <w:r w:rsidR="00C37D23">
        <w:rPr>
          <w:lang w:val="ca-ES"/>
        </w:rPr>
        <w:t>3</w:t>
      </w:r>
      <w:r w:rsidRPr="0097359B">
        <w:rPr>
          <w:lang w:val="ca-ES"/>
        </w:rPr>
        <w:t xml:space="preserve"> Compte de resultats</w:t>
      </w:r>
    </w:p>
    <w:p w14:paraId="21A5A452" w14:textId="77777777" w:rsidR="004751FB" w:rsidRDefault="00EB4927">
      <w:pPr>
        <w:rPr>
          <w:lang w:val="ca-ES"/>
        </w:rPr>
      </w:pPr>
      <w:r w:rsidRPr="0097359B">
        <w:rPr>
          <w:lang w:val="ca-ES"/>
        </w:rPr>
        <w:t>Ingressos, despeses i resultat.</w:t>
      </w:r>
    </w:p>
    <w:p w14:paraId="3CBF2559" w14:textId="77777777" w:rsidR="00172019" w:rsidRDefault="00172019">
      <w:pPr>
        <w:rPr>
          <w:lang w:val="ca-ES"/>
        </w:rPr>
      </w:pPr>
    </w:p>
    <w:p w14:paraId="21A5A471" w14:textId="77777777" w:rsidR="004751FB" w:rsidRDefault="004751FB">
      <w:pPr>
        <w:rPr>
          <w:lang w:val="ca-ES"/>
        </w:rPr>
      </w:pPr>
    </w:p>
    <w:tbl>
      <w:tblPr>
        <w:tblpPr w:leftFromText="141" w:rightFromText="141" w:vertAnchor="text" w:horzAnchor="margin" w:tblpX="-497" w:tblpY="-160"/>
        <w:tblW w:w="149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7"/>
        <w:gridCol w:w="836"/>
        <w:gridCol w:w="856"/>
        <w:gridCol w:w="816"/>
        <w:gridCol w:w="836"/>
        <w:gridCol w:w="776"/>
        <w:gridCol w:w="776"/>
        <w:gridCol w:w="796"/>
        <w:gridCol w:w="896"/>
        <w:gridCol w:w="836"/>
        <w:gridCol w:w="836"/>
        <w:gridCol w:w="836"/>
        <w:gridCol w:w="856"/>
        <w:gridCol w:w="956"/>
      </w:tblGrid>
      <w:tr w:rsidR="00B8419A" w:rsidRPr="00B8419A" w14:paraId="58FFDE4B" w14:textId="77777777" w:rsidTr="00836BBC">
        <w:trPr>
          <w:trHeight w:val="270"/>
        </w:trPr>
        <w:tc>
          <w:tcPr>
            <w:tcW w:w="4057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7AB5658C" w14:textId="7809F949" w:rsidR="00B8419A" w:rsidRPr="00B8419A" w:rsidRDefault="00A254F0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lastRenderedPageBreak/>
              <w:t xml:space="preserve">COMPTE DE </w:t>
            </w:r>
            <w:r w:rsidR="00C4690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RESULTATS ANY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C05B2E2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Gener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1AC47DE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Febrer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694DD93A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Març</w:t>
            </w:r>
            <w:proofErr w:type="spellEnd"/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6A936E25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Abril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4F566BF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Maig</w:t>
            </w:r>
            <w:proofErr w:type="spellEnd"/>
          </w:p>
        </w:tc>
        <w:tc>
          <w:tcPr>
            <w:tcW w:w="7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573770B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Juny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9AAA9AC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Juliol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233C3308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Agost</w:t>
            </w:r>
            <w:proofErr w:type="spellEnd"/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77E8402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Setem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2B9B3338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Octubre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C08B3CC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Novem.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74E68BBF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Desem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9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4B8C1B4B" w14:textId="77777777" w:rsidR="00B8419A" w:rsidRPr="00B8419A" w:rsidRDefault="00B8419A" w:rsidP="00836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TOTAL </w:t>
            </w:r>
          </w:p>
        </w:tc>
      </w:tr>
      <w:tr w:rsidR="00B8419A" w:rsidRPr="00B8419A" w14:paraId="350F189C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6AFFB91D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Ingressos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ordinaris</w:t>
            </w:r>
            <w:proofErr w:type="spellEnd"/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F6D6D84" w14:textId="360D5DC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40F5504" w14:textId="5B5A662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B3D623A" w14:textId="23BB167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CEE3ADD" w14:textId="213C5CA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A550A6C" w14:textId="47F1C5C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B7DBEC8" w14:textId="706403C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20CC78F" w14:textId="5F26D91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50AF0A" w14:textId="0DC524F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557D04C" w14:textId="20FC654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4DEE041" w14:textId="3CF869B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54E0624" w14:textId="3E1B6B8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D4E5578" w14:textId="6B2679C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1318D86" w14:textId="23E6DFD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1D128AB2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F2FE4BA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ingressos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B667510" w14:textId="009CB3BD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4A590D8" w14:textId="1663756E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EB2AADA" w14:textId="6CC68183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75134C0" w14:textId="3FDBC2A1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1619580" w14:textId="16366560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B10AC5" w14:textId="48483C19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DF6F50A" w14:textId="78574D95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623854C" w14:textId="1738C7D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BBD6BD6" w14:textId="40C66C62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CDE9F33" w14:textId="095FF1A8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38E32AF" w14:textId="184AD1D1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13B1E2B" w14:textId="7E4781C8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401331B" w14:textId="39D367F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6D055A23" w14:textId="77777777" w:rsidTr="00836BBC">
        <w:trPr>
          <w:trHeight w:val="270"/>
        </w:trPr>
        <w:tc>
          <w:tcPr>
            <w:tcW w:w="4057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B5F9A1D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INGRESSOS</w:t>
            </w: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A8475D" w14:textId="55FCB26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BC6AC4D" w14:textId="79B5FEC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FCCE6EF" w14:textId="52F41AD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2C413F4" w14:textId="27285FE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73E22CE" w14:textId="201D829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5C9DDEC" w14:textId="21965A9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C53A390" w14:textId="0973267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FB6BCD5" w14:textId="1F5B37A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076F1F8" w14:textId="6CE81AD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E2DB8F2" w14:textId="169BAA7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B1CED82" w14:textId="0082023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FD08D02" w14:textId="46C7F80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EBE7E6F" w14:textId="16A804A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2D7B0169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15FEDA0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Consums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82BBECF" w14:textId="3E27933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143E112" w14:textId="0FEACF8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41E349F" w14:textId="42108C8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5D5A3BB" w14:textId="229ED2F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FF73351" w14:textId="166E5AD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978AA54" w14:textId="5BA6509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52B34C1" w14:textId="204D96F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5939A97" w14:textId="25F0C1F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A9E81D4" w14:textId="6A2B9B4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DE755DE" w14:textId="2A2BB78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ED5F3CD" w14:textId="007BD87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0F6C442" w14:textId="019306E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5D3E814" w14:textId="5A54C83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67D46C6A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2F1F12F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despeses variables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6BE8252" w14:textId="5AD193E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59A735C" w14:textId="4014035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14855BC" w14:textId="6091451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0DC173" w14:textId="22FD0AB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C31C6F" w14:textId="0D9EDFD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126CF59" w14:textId="6AB06EF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8ED8170" w14:textId="17CB3B5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A8BAC7C" w14:textId="3C25F8E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B64E231" w14:textId="5FF459C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8466724" w14:textId="4496958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FEF94F0" w14:textId="4CADDA2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5319242" w14:textId="5AFD90E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9C4A400" w14:textId="0F48129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3A6C157B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5B50053C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DESPESES VARIABLES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7E5A9C3" w14:textId="4170540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0AE64F3" w14:textId="02B3A93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D638037" w14:textId="0E6CE5A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D3A91D3" w14:textId="468C462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AF92F4F" w14:textId="73A61BF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498B381" w14:textId="2598D81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12B327B" w14:textId="42C5494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13C719F" w14:textId="70F359B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6DFD1E8" w14:textId="4652C8E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3846F66" w14:textId="17AF977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AB265C9" w14:textId="0662CF1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8F79FAC" w14:textId="352C7A7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EB5402E" w14:textId="3523B03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195E6332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5F80D165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MARGE BRUT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BEDF4FE" w14:textId="1A6AADC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2DCA44B" w14:textId="47E795C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5979A01" w14:textId="058B311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3FBDA27" w14:textId="51CB766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FECD014" w14:textId="6B1CFAB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AF754CD" w14:textId="6C288FA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7D0587" w14:textId="71A543D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049E9B4" w14:textId="19EE9A6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E977A2E" w14:textId="29BB851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436FDBE" w14:textId="35B2DC5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CB1435B" w14:textId="738AFA5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771D207" w14:textId="6626A4B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4931377" w14:textId="0D53E28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226EA318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5103A06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Retribució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pròpia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A8ECF3E" w14:textId="548697D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3B18047" w14:textId="190E4C0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B92D5D8" w14:textId="4D3583C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B22A632" w14:textId="50905C6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B4EA720" w14:textId="7FDCB17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36E6418" w14:textId="0E697C9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02D504" w14:textId="377E96B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0B2F4AA" w14:textId="467FFFA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C60DB21" w14:textId="70A35EF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AC32B65" w14:textId="4717A1B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C64BA8D" w14:textId="4D3A0D2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F558C9D" w14:textId="5252CAC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0003144" w14:textId="09991F4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65EEA77F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9739BB3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Seguretat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Social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autònom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328EA56" w14:textId="4B4D660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3B2A395" w14:textId="5D4215D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73A69C4" w14:textId="502958D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6F8477D" w14:textId="5CD0C52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DDB6499" w14:textId="204D9EC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4AF016C" w14:textId="3F89B0B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8D65CC8" w14:textId="3FA1DC3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B2489D" w14:textId="0033005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C986E59" w14:textId="70DD989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ECE38D4" w14:textId="4B21F5C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866F775" w14:textId="1668BCD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1300033" w14:textId="27AF980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9845CF2" w14:textId="4A7C901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41EF9631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F9CAF72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Despeses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 personal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9036902" w14:textId="5498961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2E014DE" w14:textId="6E15C7A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98D69C1" w14:textId="34D5186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11EFA89" w14:textId="0F1507B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C7E496A" w14:textId="05D31D3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3D333B7" w14:textId="4015225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8739C8A" w14:textId="386CC6D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64948A6" w14:textId="3E75633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4750570" w14:textId="523E635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85E5A34" w14:textId="5ECF500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6B73F6E" w14:textId="5A648F0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F091DD4" w14:textId="57184D9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BCA10B3" w14:textId="734FCA7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522B4B03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F61B6AF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Seguretat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Social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treballadors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2AA2C19" w14:textId="7C345AE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56A6A5C" w14:textId="507A3AF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E7F3CDD" w14:textId="3F76ED4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24EDB47" w14:textId="04E0CF2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63F0956" w14:textId="2B29FD2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B55FA36" w14:textId="44C0953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C6CDEE2" w14:textId="74E9B48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7AF41EA" w14:textId="2D7176D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980A897" w14:textId="5994684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7D088FD" w14:textId="15A0EC4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6242D79" w14:textId="592C5AB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4F15372" w14:textId="66C2C5D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91B2A1B" w14:textId="7CC32DD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55AF0C98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1E99FEF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DESPESES DE PERSONAL</w:t>
            </w: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AA9789A" w14:textId="7E3FF9B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284918D" w14:textId="67D8ABB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2D08D64" w14:textId="7C6272B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5CCED86" w14:textId="5848D00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1C1105D" w14:textId="66BF69C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69D7BBB" w14:textId="1BD5739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2A07466" w14:textId="6927182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09E411F" w14:textId="4E3BDA0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2353AD3" w14:textId="7DE17B1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F1E6E2B" w14:textId="3D3A3A7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D754655" w14:textId="5C4E26F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7180C22" w14:textId="667CC99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0966BB6" w14:textId="7F90864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07D28693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3782F737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Lloguers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652C436" w14:textId="20DC75F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03E0D2F" w14:textId="31979FD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78C7515" w14:textId="0DAC99D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274522A" w14:textId="22BED2E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380DD31" w14:textId="23482BA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1B262A9" w14:textId="6D990B0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37FE0A2" w14:textId="4788FE8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BD98EC7" w14:textId="76376E2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4473FA9" w14:textId="105DB6B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C62084A" w14:textId="4D42A26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7E4ED2E" w14:textId="772122D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46BBF92" w14:textId="2065A96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4A13748" w14:textId="775C062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57BC8CC7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32815878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Reparacions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conservació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72BCDBC" w14:textId="7BAB430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6806C7A" w14:textId="65474EE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CE7397" w14:textId="5EFB2F0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6353794" w14:textId="01A9825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2A20CCC" w14:textId="01E6788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DD1B464" w14:textId="6DEEEC2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10248B4" w14:textId="3845EF0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FABFC34" w14:textId="2D3A7FC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3F7366D" w14:textId="2A2D76F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DEFBDC6" w14:textId="51EA723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1504E63" w14:textId="43E8B81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0DC16BD" w14:textId="3E4A4FE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661245C" w14:textId="44A663A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60BD0076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7718056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Serveis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professionals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independents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8555F79" w14:textId="09A2AEF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E3C8517" w14:textId="091BC6B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2CA9EEB" w14:textId="00E26A7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23F75DD" w14:textId="16E5971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99669F" w14:textId="09081A4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302923D" w14:textId="128B675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4B11C01" w14:textId="5899778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8C374A" w14:textId="6A87036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332056B" w14:textId="702F882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106DD85" w14:textId="0C5D3E6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F6D16B3" w14:textId="09B1FDA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70CB3A1" w14:textId="7B0BAB2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D542931" w14:textId="7436F2C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58FF046D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DC78988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Transports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AF3F800" w14:textId="6BFB85A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C7E10C8" w14:textId="59AD64A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B56C15F" w14:textId="339441C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A44FE9B" w14:textId="7EB9A8F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3E83069" w14:textId="0DD9FC8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D961D82" w14:textId="50815D0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2F6FD9C" w14:textId="33BC0E6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86C2D67" w14:textId="1C8EF79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9169931" w14:textId="4F26BF8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2FFBF4C" w14:textId="2FC90DE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85A9FED" w14:textId="2F6E268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B60E5B" w14:textId="47E8220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E5188EF" w14:textId="411E712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325961B3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A59AE00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Assegurances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751F1F" w14:textId="7A223AD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137E265" w14:textId="00A94E0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F51988" w14:textId="5BFC7F3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0E12BE8" w14:textId="2349A99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95E3148" w14:textId="21F3DBF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D95745E" w14:textId="569B616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99E127E" w14:textId="217668B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038252B" w14:textId="68F8879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4F6C1B4" w14:textId="4DC0653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972037D" w14:textId="5480015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5FC97DE" w14:textId="061AFD9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65B081A" w14:textId="4EB4B89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D5288DE" w14:textId="2B4344D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2BEF45B0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A05DA95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Publicitat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promocions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D9F55B4" w14:textId="56B2870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4A7B07C" w14:textId="3E296FC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02A5392" w14:textId="03C881D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2D4EFAB" w14:textId="43753D9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DFB2E9D" w14:textId="7568759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8381F6B" w14:textId="438F8ED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C1A294E" w14:textId="35EC413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2AF8295" w14:textId="3F08212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2316186" w14:textId="37331DB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B7731E2" w14:textId="38DAA68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6C1B3FF" w14:textId="56FCBC8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0231214" w14:textId="2ED5B13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C797E4F" w14:textId="0E38A9C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6F0BC45B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5513221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Subministraments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(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aigua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electricitat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telèfon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…)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6FCD083" w14:textId="6335D49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BD81818" w14:textId="76DEFA5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C2116C6" w14:textId="18D9CEC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C73A3C4" w14:textId="70DAE6E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B5E572B" w14:textId="2BF4FEA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D42D29C" w14:textId="16573E1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79650CF" w14:textId="4858EBB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CA7007F" w14:textId="0C342AC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CAE62B" w14:textId="673C37C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BECFE41" w14:textId="22425ED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E2B630" w14:textId="56C0171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D744095" w14:textId="3C424E3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FDE5265" w14:textId="19F3E26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764344A1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3178C4D4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Tributs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123D6E8" w14:textId="21ACEF8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6F8263F" w14:textId="4B8AAA1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8E01FEC" w14:textId="4FF02A1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935684B" w14:textId="7C39C96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0EECAA2" w14:textId="291A97A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3E063F8" w14:textId="50CED05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26806FF" w14:textId="24439C4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BE13FAD" w14:textId="29CFCEF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B549DED" w14:textId="00391B0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83B4AEB" w14:textId="0D5B3CD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5B5C73A" w14:textId="1BEA7A1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9A8DC35" w14:textId="02629B3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E149273" w14:textId="23294C5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53BE583D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DACC243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despeses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7A53BDD" w14:textId="4089B78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8F6579D" w14:textId="2EB7141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D8C0310" w14:textId="7380C94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F5E85A1" w14:textId="13F32FE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8396566" w14:textId="30A3B8B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CF3FA41" w14:textId="62AD625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6D487A6" w14:textId="72131F8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64C4D9" w14:textId="7051180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EE06EA2" w14:textId="28AC2D4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301005D" w14:textId="4203D91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877BC84" w14:textId="3238A44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487C76E" w14:textId="2ACA695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7FA98A2" w14:textId="026D00F5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2418DCCD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84C10C0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Amortitzacions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92B6181" w14:textId="5D3E46B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0485DD8" w14:textId="6B0295E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344E1FC" w14:textId="6BB3C7B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49E7B6F" w14:textId="31A6EBE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EF20EFE" w14:textId="58618E8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735EC8E" w14:textId="1B74515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AC0EBF7" w14:textId="145BA92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629172D" w14:textId="655F4EB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16B1F3F" w14:textId="1E8EBFC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59A7E25" w14:textId="7FBA064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2E60525" w14:textId="48A5124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D601CA8" w14:textId="1AEE725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B38260F" w14:textId="7E5195D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3DE13779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8DB65A8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Deteriorament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(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clients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existències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deutors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3D7DF48" w14:textId="2FECBEA5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B9DB3A8" w14:textId="44C40B2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C022073" w14:textId="51E1213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8A3D59C" w14:textId="56DF5C34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046A900" w14:textId="66A4AF20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1CE2B0E" w14:textId="5E4DB850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D56B1EC" w14:textId="02D5C75C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1F46BB2" w14:textId="75CE350A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8D47803" w14:textId="3798A3BC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A0CD797" w14:textId="5381DA18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B7A727" w14:textId="2014A81B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5946133" w14:textId="02660D30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861E028" w14:textId="392CAFE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68420AED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0419E7BD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ALTRES DESPESES D'ESTRUCTURA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0DBFBC6" w14:textId="5F89A5D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256CB06" w14:textId="178189A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6B774D5" w14:textId="1B1F36A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709C614" w14:textId="166E28C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D00B7AB" w14:textId="6AA3512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F93031F" w14:textId="60FD25E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5EB9A98" w14:textId="031F409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A96AD5B" w14:textId="388C8D8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1856ABB" w14:textId="5788DCD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65C4646" w14:textId="0361BC7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D00CA10" w14:textId="04FD458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254B177" w14:textId="35E7498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28DA0E" w14:textId="285A93D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B8419A" w:rsidRPr="00CA41A3" w14:paraId="2C245622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8AA0DA4" w14:textId="00A3501A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Beneficis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abans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d'impostos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 xml:space="preserve"> i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d'interessos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EDA182E" w14:textId="13FC7635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FDE811D" w14:textId="2D078169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60C1EA9" w14:textId="15C4769F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A010D2A" w14:textId="626D4A33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562E0F1" w14:textId="69AB0F0D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5C71D7" w14:textId="11EDC4FE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E881B58" w14:textId="1F762172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68E01CA" w14:textId="4ACFC2EF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0E7A848" w14:textId="2FAAE995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22F9C6A" w14:textId="32A644D2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7904235" w14:textId="1239134E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448D1D6" w14:textId="79642700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8A6A567" w14:textId="3EAC7729" w:rsidR="00B8419A" w:rsidRPr="00CA41A3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</w:tr>
      <w:tr w:rsidR="00B8419A" w:rsidRPr="00B8419A" w14:paraId="6801695C" w14:textId="77777777" w:rsidTr="00836BBC">
        <w:trPr>
          <w:trHeight w:val="255"/>
        </w:trPr>
        <w:tc>
          <w:tcPr>
            <w:tcW w:w="4057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909179E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Ingressos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financers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CDBC3E4" w14:textId="120B8374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5F6E435" w14:textId="7BFF73D4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B9DB20C" w14:textId="500C1E9E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BC46CAB" w14:textId="1DDA055A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989D521" w14:textId="246A520A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7C23A50" w14:textId="160A4E4B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143FB69" w14:textId="5AC36BC5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810B7A5" w14:textId="764F497E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462203D" w14:textId="0EF8B548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37BA233" w14:textId="1E35BF4D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90A306E" w14:textId="1775D33E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6F0C4C0" w14:textId="23C6AA09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DB8DCF4" w14:textId="574F99A8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54905D06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933DDD8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Despeses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financeres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5D25EC3" w14:textId="7198423C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28A60FE" w14:textId="078417F8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1B7B762" w14:textId="69DE12CC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002EC89" w14:textId="5FF8E109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B393DFA" w14:textId="4EB063FE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E0B838D" w14:textId="00BF8726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AC288FF" w14:textId="21276E4F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40E7122" w14:textId="1A49ED75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916FEAA" w14:textId="099AFF89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34AD62" w14:textId="634282A6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9EC321E" w14:textId="42C6E4C0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54B4E23" w14:textId="570A5760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501791E" w14:textId="5EBEC14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09177961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14D8306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RESULTATS FINANCERS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5A860D5" w14:textId="7107F66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797BB8C" w14:textId="38D8D24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302C07A" w14:textId="73344F7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B9EE143" w14:textId="1165387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934921F" w14:textId="40016AA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0D66D61" w14:textId="1FD4C11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D2EEBF7" w14:textId="71D1FC9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C1F58BF" w14:textId="3CE32A1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99C4E29" w14:textId="4329FD3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C6F4C44" w14:textId="6CF30C4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4CDB096" w14:textId="1C25B08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1FC22E9" w14:textId="08861D7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0D43C3B" w14:textId="7931DA06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24749499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4983ED3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Beneficis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abans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d'impostos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(BAI)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FAF1485" w14:textId="79F41DB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AB3136D" w14:textId="3AB9836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2FCFFAA" w14:textId="0C33CFDA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EE8BFAD" w14:textId="2A25EE4D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20E1C0E" w14:textId="0B71DC87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2570526" w14:textId="75BDBFB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F6D6843" w14:textId="5030A884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3459AA5" w14:textId="66C9362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04A90A5" w14:textId="0A22740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79BE893" w14:textId="02DA41F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336390E" w14:textId="4BD9F008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23785E9" w14:textId="3AD300FE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718FB7C" w14:textId="598412D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7EFF6A9A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7756F2D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Impostos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/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beneficis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F36D0A9" w14:textId="2653E449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4EFCFE4" w14:textId="43797A41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F073845" w14:textId="5028ACC9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3066BC3" w14:textId="6EEB33A1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860D043" w14:textId="43BAC382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5226B90" w14:textId="39DBE3B1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4854941" w14:textId="0A2EA0CF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8582991" w14:textId="221E945E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93F692F" w14:textId="168FB4FA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0B2EAD1" w14:textId="636AE2E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AE73D59" w14:textId="7B9377E1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4296EFA" w14:textId="23BBED83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4933905" w14:textId="252551B2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B8419A" w:rsidRPr="00B8419A" w14:paraId="27B26429" w14:textId="77777777" w:rsidTr="00836BBC">
        <w:trPr>
          <w:trHeight w:val="270"/>
        </w:trPr>
        <w:tc>
          <w:tcPr>
            <w:tcW w:w="4057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7A98477" w14:textId="77777777" w:rsidR="00B8419A" w:rsidRPr="00B8419A" w:rsidRDefault="00B8419A" w:rsidP="00836B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BENEFICI NET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D4BA013" w14:textId="6CB9A99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948C062" w14:textId="38D2094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7095462" w14:textId="64D775E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BF6F2D8" w14:textId="33B5E9CF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BCF07A3" w14:textId="007215A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064B069" w14:textId="7A148653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1D08ED3" w14:textId="76A38439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9041709" w14:textId="245F49E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CF47AB4" w14:textId="15C43CDB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A141B56" w14:textId="2CE985F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069AB2D" w14:textId="1B3DCCE1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0D8BDA2" w14:textId="19A2F280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5EFB2FD" w14:textId="7B6981BC" w:rsidR="00B8419A" w:rsidRPr="00B8419A" w:rsidRDefault="00B8419A" w:rsidP="00836B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</w:tbl>
    <w:p w14:paraId="21A5A474" w14:textId="77777777" w:rsidR="00E00F72" w:rsidRDefault="00E00F72">
      <w:pPr>
        <w:rPr>
          <w:lang w:val="ca-ES"/>
        </w:rPr>
      </w:pPr>
    </w:p>
    <w:tbl>
      <w:tblPr>
        <w:tblpPr w:leftFromText="141" w:rightFromText="141" w:vertAnchor="text" w:horzAnchor="margin" w:tblpXSpec="center" w:tblpY="-242"/>
        <w:tblW w:w="152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1"/>
        <w:gridCol w:w="836"/>
        <w:gridCol w:w="856"/>
        <w:gridCol w:w="816"/>
        <w:gridCol w:w="836"/>
        <w:gridCol w:w="776"/>
        <w:gridCol w:w="776"/>
        <w:gridCol w:w="796"/>
        <w:gridCol w:w="896"/>
        <w:gridCol w:w="836"/>
        <w:gridCol w:w="836"/>
        <w:gridCol w:w="836"/>
        <w:gridCol w:w="856"/>
        <w:gridCol w:w="956"/>
      </w:tblGrid>
      <w:tr w:rsidR="00FB3D9D" w:rsidRPr="00B8419A" w14:paraId="59AF292A" w14:textId="77777777" w:rsidTr="00FB3D9D">
        <w:trPr>
          <w:trHeight w:val="270"/>
        </w:trPr>
        <w:tc>
          <w:tcPr>
            <w:tcW w:w="4341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1F13441A" w14:textId="34FF3868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lastRenderedPageBreak/>
              <w:t>C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OMPTE DE RESULTATS ANY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2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1286952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Gener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65D3A64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Febrer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0195F2BC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Març</w:t>
            </w:r>
            <w:proofErr w:type="spellEnd"/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708DD90E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Abril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0CCCE839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Maig</w:t>
            </w:r>
            <w:proofErr w:type="spellEnd"/>
          </w:p>
        </w:tc>
        <w:tc>
          <w:tcPr>
            <w:tcW w:w="7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BF59492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Juny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75171EB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Juliol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5A8C05C8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Agost</w:t>
            </w:r>
            <w:proofErr w:type="spellEnd"/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8C6B973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Setem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0AC54AEB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Octubre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DD7E08D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Novem.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6DCE707D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Desem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9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23BE6180" w14:textId="77777777" w:rsidR="00FB3D9D" w:rsidRPr="00B8419A" w:rsidRDefault="00FB3D9D" w:rsidP="00FB3D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TOTAL </w:t>
            </w:r>
          </w:p>
        </w:tc>
      </w:tr>
      <w:tr w:rsidR="00FB3D9D" w:rsidRPr="00B8419A" w14:paraId="7BCB04F4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FCB1CE8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Ingressos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ordinaris</w:t>
            </w:r>
            <w:proofErr w:type="spellEnd"/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E20B24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764C20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7598F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D7AC5B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A0043A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730BB8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397240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84DEF4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0E1E66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551460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9F7518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FFEA41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6EA0B9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3992A2EF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3689FCD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ingressos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6B511FA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B7F902B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7CA8E1F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0BB268F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6C319FD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5C8B0D0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F33F45B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73203E6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4CC7B47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3A21BC6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D1051A0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61820AC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6AA2D2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538284DC" w14:textId="77777777" w:rsidTr="00FB3D9D">
        <w:trPr>
          <w:trHeight w:val="270"/>
        </w:trPr>
        <w:tc>
          <w:tcPr>
            <w:tcW w:w="4341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9817108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INGRESSOS</w:t>
            </w: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5DA215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C3CD90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55D8DC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11598C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49424E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258746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6758B8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675744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2FBDE2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385734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1A3413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F0A4C3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91C089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73302AA3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12FDD5D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Consums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44C12C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579158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13C204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AAF392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2F923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F08F8A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6392DF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AA50ED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937D54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DFCF57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C6150F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C6CB85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1E82DC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2F2873C2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9E0B437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despeses variables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C6E655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329FC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B27B78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DB9B9D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1C807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578669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703714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A1DE89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870D85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C28B2F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0665F0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58A3A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D8C01A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7DB3D1F2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3DED9858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DESPESES VARIABLES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EFA2AA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E433BD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45B3B3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AFA6DF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45A5CA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9A2238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C3AB5B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35ABB2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ACA701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33A8FD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8AD56D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CE95C3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F84336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41D13BB7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768A3C9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MARGE BRUT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042E9C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20F8CC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998701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8109B8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02BC2B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9DAC30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8797CE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7B95FB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D99D95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23444C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A3FACD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7D7459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895B1C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4F27C11A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2ECA5F6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Retribució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pròpia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BA796F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757A8A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8EE9CA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4FBDE0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D80761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43F7D9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2C1E1E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303F87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A5ED04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268393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367B72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CEAAB5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1BBDD5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36219444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327E29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Seguretat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Social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autònom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C2C235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454260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B42E22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FEA103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17DBE7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001A27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9C1AB8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5DD67A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9DD575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B6B915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8B4C64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A27405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EDB824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10A1E697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141D091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Despeses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 personal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4EB18A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A1E821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7051C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2FE922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B394E2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07867F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63A40B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3D22E6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14A478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9A715C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FA75C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88596B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7F36CC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183DA7C5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E17FAD6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Seguretat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Social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treballadors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8FE9E4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B0A44D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400819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27762C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914601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DB7A50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943DB3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B3E5BC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537FA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8547FB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CB4276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657B24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D5EC87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342D8CA0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059F3EE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DESPESES DE PERSONAL</w:t>
            </w: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5EFB04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749695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65AB2C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08A42E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3358F5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8C95E1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02A7B0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8BDC47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3278AD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F05F9A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347413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F9D47F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FDE09D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496D37FD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2789D15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Lloguers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82F08F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F78D45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977B06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B7373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2CECE2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2C710A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9D6746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33CE49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21B60A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F56FB8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6FC17E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02DB2B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42CE58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5E74817F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E09D29A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Reparacions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conservació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E15B2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572AEB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BA5DAF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4CDA41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01E1F2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E9E694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E3A56A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F1C5BE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FE8F1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C3A3C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16F7F2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6D13C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C9C2CE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22C8FD63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3698D99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Serveis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professionals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independents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0DFC09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2EBE85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F3D7E7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52976C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2BF226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997053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1B09D6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931A4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964404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601E05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1095F6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F9E93F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19E58F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0E548E9D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3AD9523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Transports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53F0ED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F2957F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020CDB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57FB7C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FBAE54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FB8CC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0552F1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EFBB1E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8E41DF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25E780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2F829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2B1400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4F24BD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79AF4CDD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CEFDB4D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Assegurances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8BCF0A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3688AF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CA8C36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15E43A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8563EB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FB03B7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6E6D17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FFDF49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C9DB14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8A5E75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FAA22C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D04B1A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82189C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3DDDCC4E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524B59E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Publicitat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promocions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C5847A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1C11ED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8C9FEC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8408AE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F1DEC5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A002AA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37053B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7480BD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1FAFCB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4BDC88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C1D66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A4B099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BB5CA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27D9FEA6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0F3A62E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Subministraments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(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aigua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electricitat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telèfon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…)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E3ADE0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3643F3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7D9ADF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4F4508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BC2E6F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F22B4D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17FAD2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A21F14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33126C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FA963C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066A29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C77482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717D1D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18CD8488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10ADC1A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Tributs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8AABB5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8E1059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BA052A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090114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1F4DD7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9E0E8E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454F65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A7B0F1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DFEDAF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52422D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65A0A9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75442C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693A27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5B30D8E7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F621745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despeses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1237EF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9C9CB5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8A1EF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6D2040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1F2545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89A83D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AC0C11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BBB3F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EF30DA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D60799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9267F3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4EBFCA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C48AD6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5F19694A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BFDEE41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Amortitzacions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7AA39B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875C08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867F61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7581A7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9FCC9E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1D9BDD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954B9A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63C9C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940F6B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C469EE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C49FEF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C84DC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85CE71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13A51FEE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CE92E39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Deteriorament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(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clients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existències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deutors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89F2197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BD8727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AB8263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3B5FD4A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C2B3E3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37BC131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DAF3157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504CDD1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458A46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A76586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BEE8D51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B0026A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05979D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53EA59AC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0C69E9D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ALTRES DESPESES D'ESTRUCTURA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EBFCCD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F2346B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75C2A0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5C42E3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22D191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7287AE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6FF807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2F0A7A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55BA71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827561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81E4D5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D8A5AD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FCC190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FB3D9D" w:rsidRPr="00CA41A3" w14:paraId="765568C8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07EF3D3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Beneficis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abans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d'impostos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 xml:space="preserve"> i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d'interesso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15CC56A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F0E2C3A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DC39A2B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3FE348C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A3298EE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221B389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1F156C8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29AD920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9886962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13FAD64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2EBB889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8132621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1AA88F8" w14:textId="77777777" w:rsidR="00FB3D9D" w:rsidRPr="00CA41A3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</w:tr>
      <w:tr w:rsidR="00FB3D9D" w:rsidRPr="00B8419A" w14:paraId="3CE2640B" w14:textId="77777777" w:rsidTr="00FB3D9D">
        <w:trPr>
          <w:trHeight w:val="255"/>
        </w:trPr>
        <w:tc>
          <w:tcPr>
            <w:tcW w:w="434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5A1C6ED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Ingressos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financers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A595F1E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1A2E6C2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17B4052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05F6B32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7A0478F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AE6367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CC3E392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1FE334E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002F3F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C55AF7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E38F0D9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7C8A79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9D93567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3810ED41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5424D99B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Despeses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financeres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4BCE075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CFBB77A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FBAAE6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C121E6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73E39C9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3BCDED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657EB3D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5E883D0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41597AE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B68D53C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FC955A2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9E704D6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EB16F8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352D6054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7C6AB492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RESULTATS FINANCERS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49E3CB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58B7C0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32168E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3C1B89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9D3307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5F6A37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1E8DC9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63BC6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3FF86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F28CB8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B15B50B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ACF322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9C3BCC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37740010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8D5480A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Beneficis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abans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d'impostos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(BAI)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939731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C00E976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A091EDF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AF22409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65D2AA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F397FFC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BEFDF6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C5A721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4D7F05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B2C098D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3775F28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58A61D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8D7521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76FBC4F8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78332DE4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Impostos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/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beneficis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E7479FD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578C9FC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5E991AD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C867E7B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EAEE60F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6BCC230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2728547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E6FC678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11D9C9E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80E4DFD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7D2AEA9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8837BBC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72EBC5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FB3D9D" w:rsidRPr="00B8419A" w14:paraId="0747295B" w14:textId="77777777" w:rsidTr="00FB3D9D">
        <w:trPr>
          <w:trHeight w:val="270"/>
        </w:trPr>
        <w:tc>
          <w:tcPr>
            <w:tcW w:w="434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33C051DC" w14:textId="77777777" w:rsidR="00FB3D9D" w:rsidRPr="00B8419A" w:rsidRDefault="00FB3D9D" w:rsidP="00FB3D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BENEFICI NET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41130D2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28AE89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608DB5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CD287B3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3AC864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CA7A6F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6BBFC90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4D4DCB4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523CEAA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9BC3177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3C276AE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64F9985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6C178E1" w14:textId="77777777" w:rsidR="00FB3D9D" w:rsidRPr="00B8419A" w:rsidRDefault="00FB3D9D" w:rsidP="00FB3D9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</w:tbl>
    <w:p w14:paraId="3DD73617" w14:textId="77777777" w:rsidR="00FB3D9D" w:rsidRDefault="00FB3D9D">
      <w:pPr>
        <w:rPr>
          <w:lang w:val="ca-ES"/>
        </w:rPr>
      </w:pPr>
    </w:p>
    <w:tbl>
      <w:tblPr>
        <w:tblpPr w:leftFromText="141" w:rightFromText="141" w:vertAnchor="text" w:horzAnchor="margin" w:tblpX="-499" w:tblpY="-160"/>
        <w:tblW w:w="14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9"/>
        <w:gridCol w:w="836"/>
        <w:gridCol w:w="856"/>
        <w:gridCol w:w="816"/>
        <w:gridCol w:w="836"/>
        <w:gridCol w:w="776"/>
        <w:gridCol w:w="776"/>
        <w:gridCol w:w="796"/>
        <w:gridCol w:w="896"/>
        <w:gridCol w:w="836"/>
        <w:gridCol w:w="836"/>
        <w:gridCol w:w="836"/>
        <w:gridCol w:w="856"/>
        <w:gridCol w:w="956"/>
      </w:tblGrid>
      <w:tr w:rsidR="00565C87" w:rsidRPr="00B8419A" w14:paraId="47A3A5D0" w14:textId="77777777" w:rsidTr="00F225A9">
        <w:trPr>
          <w:trHeight w:val="270"/>
        </w:trPr>
        <w:tc>
          <w:tcPr>
            <w:tcW w:w="4059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5523252F" w14:textId="7BC5466A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lastRenderedPageBreak/>
              <w:t>CO</w:t>
            </w:r>
            <w:r w:rsidR="00A254F0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MPTE DE RESULTATS ANY </w:t>
            </w:r>
            <w:r w:rsidR="00FB3D9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3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0566F77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Gener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EFEF794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Febrer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266CD052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Març</w:t>
            </w:r>
            <w:proofErr w:type="spellEnd"/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7808E51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Abril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59E07990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Maig</w:t>
            </w:r>
            <w:proofErr w:type="spellEnd"/>
          </w:p>
        </w:tc>
        <w:tc>
          <w:tcPr>
            <w:tcW w:w="7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3A475BD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Juny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74580C5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Juliol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069C661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Agost</w:t>
            </w:r>
            <w:proofErr w:type="spellEnd"/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4EC55A5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Setem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599E960C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Octubre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3EF34E9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Novem.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7ACD8D5B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Desem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9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3AB4DD89" w14:textId="77777777" w:rsidR="00565C87" w:rsidRPr="00B8419A" w:rsidRDefault="00565C87" w:rsidP="00F22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TOTAL </w:t>
            </w:r>
          </w:p>
        </w:tc>
      </w:tr>
      <w:tr w:rsidR="00565C87" w:rsidRPr="00B8419A" w14:paraId="26333C17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6C1CFC9E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Ingressos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ordinaris</w:t>
            </w:r>
            <w:proofErr w:type="spellEnd"/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F14345B" w14:textId="5AE2ED0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52963BF" w14:textId="73994B1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FE46451" w14:textId="223F5B2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7E9274E" w14:textId="3414EFC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695B7CC" w14:textId="6EAB136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8B8EC7E" w14:textId="754B8E9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9558060" w14:textId="625F18E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02AE493" w14:textId="3D7C3DE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88FC56C" w14:textId="30E0DC9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E95C142" w14:textId="0C68F08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223F8F1" w14:textId="1D060E8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911E1AF" w14:textId="37B7B0C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E0BCFE3" w14:textId="5C049AE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02699325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6950551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ingressos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F9A86C" w14:textId="43B67D18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DBF39B0" w14:textId="2EEFE1CF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C14D18E" w14:textId="2D519C8F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5B80C67" w14:textId="2528E7CE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0C0A0C4" w14:textId="2C49C575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8E42E68" w14:textId="38338A34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4D53640" w14:textId="1816A7E4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28F39B9" w14:textId="764D8C92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BA64D71" w14:textId="0D9DB5A1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5F5BCB7" w14:textId="7C6018A0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F55C26C" w14:textId="6D26964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8109282" w14:textId="5A00D635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ED16702" w14:textId="4EACE60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27B94CFB" w14:textId="77777777" w:rsidTr="00F225A9">
        <w:trPr>
          <w:trHeight w:val="270"/>
        </w:trPr>
        <w:tc>
          <w:tcPr>
            <w:tcW w:w="4059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73E96A2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INGRESSOS</w:t>
            </w: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725946E" w14:textId="0AE563A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7BC06B1" w14:textId="6627409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359A020" w14:textId="16340EC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060ADB7" w14:textId="06C0316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7F500E6" w14:textId="4743953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D3052F8" w14:textId="3F269C3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1EBBEA7" w14:textId="48C816F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BFDB5E1" w14:textId="2028656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F374ED5" w14:textId="73D3D1E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7D826E8" w14:textId="25F6457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A5970D7" w14:textId="14C6B40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44ACACA" w14:textId="07459DE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4526353" w14:textId="4AE9D2B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31D012FC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ACB0D42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Consums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AC848D0" w14:textId="55757B5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09E1101" w14:textId="1F4C842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AFF2B1B" w14:textId="79ED4A6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A257930" w14:textId="0DB1D2B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AA6D9C4" w14:textId="509C0D2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DFCF7F0" w14:textId="7E424D4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CC093D2" w14:textId="493E835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F3ACC5" w14:textId="0E3CB02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937AE00" w14:textId="1FF4D28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81B04D3" w14:textId="3D2DC53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94EFCA" w14:textId="46D6E57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FBFE9C2" w14:textId="383AE7A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07774FD" w14:textId="1D2BE69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7C73B353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67517CE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despeses variables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51EED8A" w14:textId="5168B3F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E8B8759" w14:textId="3FFC698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9D42E5C" w14:textId="0516350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C034EC6" w14:textId="2B916D2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5F1C31E" w14:textId="1CDED4A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6D730C9" w14:textId="67FAD58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8777585" w14:textId="12D3F21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9E45BBD" w14:textId="593CF6C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8A03521" w14:textId="2D3B5BC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5231A2B" w14:textId="5FE3478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EAF9BAA" w14:textId="449D416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1F3C3DE" w14:textId="69AD9E4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FADDFE8" w14:textId="1709AFE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7A89241E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7DB374A7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DESPESES VARIABLES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88F3475" w14:textId="0730C3A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8DC6E34" w14:textId="2383827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B7CAAD7" w14:textId="0BDC750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8B2CDCE" w14:textId="6B7F408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E8E0731" w14:textId="51C7727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9B6B4D9" w14:textId="5728C2D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144BEB4" w14:textId="2D02955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554B903" w14:textId="1EB1FB4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E4A75B7" w14:textId="5A0F796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992D9AD" w14:textId="06071DD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1B5A6C7" w14:textId="6A0612A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0CBED77" w14:textId="4547AEB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A61F1E1" w14:textId="38CDABE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598B732F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7A3B9BDD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MARGE BRUT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BD76EFC" w14:textId="2ADE4CA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2C9A391" w14:textId="2B10497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C94F2B4" w14:textId="03A34EB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92FB523" w14:textId="2AA7D50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644E012" w14:textId="1F62C18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B550302" w14:textId="016F217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7612FEE" w14:textId="319377F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788CE4" w14:textId="28787E5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9C1A89F" w14:textId="2A415C2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56EB287" w14:textId="1CCAC70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2C3CBEC" w14:textId="344D83E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C72DF59" w14:textId="627B6E9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DEF1F29" w14:textId="74CFC9B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0003489F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5CEC5B0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Retribució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pròpia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882D530" w14:textId="4483B1D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E3993FD" w14:textId="40A63D1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1EF2D00" w14:textId="54F11B0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9E158B" w14:textId="51D0DE6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EAD4659" w14:textId="04A1E4B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870776F" w14:textId="5582591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DA2B284" w14:textId="0ED67CE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5A75FF2" w14:textId="3370F0E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118B9A1" w14:textId="78BE312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C9632DA" w14:textId="324AC04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929951B" w14:textId="45DFB5B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B4A2AB0" w14:textId="137335B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75481C5" w14:textId="2D2F87A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2DDB99B7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905BE87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Seguretat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Social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autònom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C6AEE74" w14:textId="5925967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D4A9C49" w14:textId="19186D4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25A914C" w14:textId="5326F88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784DAB6" w14:textId="051D613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EC76A9C" w14:textId="2113868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351AB20" w14:textId="14306EB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F1EDD44" w14:textId="5CD9376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E1B5018" w14:textId="635206B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8DC931E" w14:textId="1A4BA6F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104BD0B" w14:textId="66605FE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DD50BFD" w14:textId="7A428E7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139BD35" w14:textId="4176811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F1C5AFD" w14:textId="0B4A6E4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2A3910A9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CA4DA6B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Despeses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 personal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B5C2C03" w14:textId="252A942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A115391" w14:textId="78DBD94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5BFD1C4" w14:textId="7649660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ADF4238" w14:textId="1BB47DC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1FC150B" w14:textId="35E134D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EC01167" w14:textId="20DC136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9685E0F" w14:textId="156D658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3ED1D6B" w14:textId="1548659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A8E8602" w14:textId="1EE6BF5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8B7E965" w14:textId="54D2327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281AC66" w14:textId="47A9B6A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3BF7D53" w14:textId="23C4958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437C2CD" w14:textId="1209F9E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11B71A07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A40E33B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Seguretat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Social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treballadors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65A4558" w14:textId="2AA5FB4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02324EC" w14:textId="38E4553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F4C576A" w14:textId="255E976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EC243A3" w14:textId="4217C7F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DA9C505" w14:textId="345F2B9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4F80D95" w14:textId="0338C80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B2DF2E2" w14:textId="2D6E803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CCB9534" w14:textId="26B5F46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927C235" w14:textId="0276E82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5524EAF" w14:textId="6E63B72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1A16AD7" w14:textId="4A9C6F3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88C76B9" w14:textId="528B71E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FB36F07" w14:textId="6D82EB5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2DC4D19F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386E3C66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DESPESES DE PERSONAL</w:t>
            </w: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80FD993" w14:textId="63C79F0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31ACDB2" w14:textId="4C7C9E0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51F1B8" w14:textId="4514DD5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0B2E156" w14:textId="6D6B367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97B4A47" w14:textId="3E7A1B0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9DD5BCF" w14:textId="5D591B5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C18021E" w14:textId="495BAF1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01624A5" w14:textId="2AF9B9D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C88AF6B" w14:textId="01A8275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2BEA824" w14:textId="46ECB35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74521C2" w14:textId="2FBB7E6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22CB731" w14:textId="50999A2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87C909F" w14:textId="3CA63DB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7F7F8458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2AA9186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Lloguers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49DAB4B" w14:textId="5AB14E7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FC123CD" w14:textId="3546081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F875B39" w14:textId="0B4370A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6C354F9" w14:textId="33958CB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E9FC84C" w14:textId="1F87B0C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D3DE8F" w14:textId="3B28992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50DCA58" w14:textId="5565BDA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D188D39" w14:textId="6DAB082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1EEBC32" w14:textId="562BE98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EB680A4" w14:textId="420508B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A71C915" w14:textId="3F51D92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A3BD244" w14:textId="59341D3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3FE57E9" w14:textId="7C2CAEA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3F101514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A052A2A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Reparacions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conservació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32F7363" w14:textId="1A4D66A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E6A668C" w14:textId="1F1596F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2ECCA92" w14:textId="7F66A00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1242859" w14:textId="026F359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32C819F" w14:textId="2CACF63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D759FCF" w14:textId="2035027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4808E7B" w14:textId="70A5B59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2E6ED0F" w14:textId="2740811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0213343" w14:textId="65F29B6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4B870DF" w14:textId="5CC7541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2CF0B8D" w14:textId="6F4247B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BFB19D5" w14:textId="7C58A1C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B1AD2A7" w14:textId="5F1D267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1AD256B5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670573E2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Serveis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professionals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independents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73B9A37" w14:textId="6C8AA70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4980626" w14:textId="26F3A84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730B54B" w14:textId="45A6B17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2A8081E" w14:textId="742EE22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34C22C5" w14:textId="45EB6FD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ADE9810" w14:textId="0422CBA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87C7602" w14:textId="75100F2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9C7D630" w14:textId="2AA0C77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270B066" w14:textId="3093A15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82C2566" w14:textId="7990518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0A3AD13" w14:textId="02AE737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2335E69" w14:textId="05CF745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7B9B7F1" w14:textId="26682E9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119802C2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25517CA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Transports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57E5ACA" w14:textId="2331A6D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B6DD4A2" w14:textId="4A0E572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F831387" w14:textId="28651CC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2912996" w14:textId="67BF13B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5F54FF5" w14:textId="38DF40A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F095C7E" w14:textId="3E1EA65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52E3C99" w14:textId="2A5FF3F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D75F7F" w14:textId="4402616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6776188" w14:textId="0F47793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CE56272" w14:textId="17E38A9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6FE6032" w14:textId="6B2F7D3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7BD1B29" w14:textId="23B829F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CC7A1D2" w14:textId="1E3649C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69882C17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FAE7D8F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Assegurances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4138974" w14:textId="28DE64A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C8CEAF3" w14:textId="21A0977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51E54E0" w14:textId="7301A84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7AB0518" w14:textId="12F8EF5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6EF3CF6" w14:textId="7DE9F21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302A201" w14:textId="707CC6F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0DC4C7" w14:textId="4003E53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642B38E" w14:textId="328F56D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7EF0DFA" w14:textId="76D7095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8F7FCEC" w14:textId="7D1702E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CAEC00E" w14:textId="4FC96AE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70A9626" w14:textId="2B9A0BF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C2F316E" w14:textId="42D9763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6F82827E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810542F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Publicitat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promocions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57A6326" w14:textId="67ECECF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33A54A4" w14:textId="3758E24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FCDD505" w14:textId="04226A6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671F88E" w14:textId="12272E2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595452" w14:textId="1F65743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04CDD8" w14:textId="12AA03E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E599B48" w14:textId="5F4C717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EA6DB65" w14:textId="0D5A611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23B7B0C" w14:textId="39F1D3E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EEC4E87" w14:textId="0645AC5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A8D82B6" w14:textId="77E423F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1DC48A7" w14:textId="7699732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ADBDB8D" w14:textId="76C820A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2B95BBC1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CD5068B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Subministraments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(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aigua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electricitat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telèfon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…)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368FC8F" w14:textId="63A3FEC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DADA961" w14:textId="071FA25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A47C741" w14:textId="1D48A64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EB3DA5C" w14:textId="0ABD5A9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4CCDBC8" w14:textId="38C222C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1851C3" w14:textId="4D14F9D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A0571F7" w14:textId="07BBDCD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DF1FF8D" w14:textId="01BE973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7E59080" w14:textId="03D0F11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CE554E5" w14:textId="0B52D56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4F6993A" w14:textId="35BC13D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3611D37" w14:textId="5D9EF22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FAA83F8" w14:textId="074ADA2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7AEE6B72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A509BDA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Tributs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177D1A2" w14:textId="2D2B64D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CB23315" w14:textId="360306D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B5E7096" w14:textId="47B997D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1122107" w14:textId="5EE30EB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F89F12B" w14:textId="5447BB2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9F5E08D" w14:textId="6A3A291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8B46A92" w14:textId="2480549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C694BB7" w14:textId="73A88EE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E8A7BE1" w14:textId="2CE1F60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1BF3CC2" w14:textId="0558708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08AA608" w14:textId="6D482FA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2106CA8" w14:textId="2628260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B25244D" w14:textId="25721F5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4FA871E7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79CED93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despeses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A52EF4D" w14:textId="1BDBD88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AB34113" w14:textId="6FFEC51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9D46983" w14:textId="1B8FA02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4E0D135" w14:textId="1C87A9F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C6B998" w14:textId="69FFFC8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5CABFCE" w14:textId="1800992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E2D1587" w14:textId="06C03D6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29FD820" w14:textId="6414A30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93315AC" w14:textId="7AF3551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D33D5B" w14:textId="5CCB366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DE585AE" w14:textId="22B0341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94631D7" w14:textId="45F3527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4F2BF79" w14:textId="74C85F0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4C345993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C2688CE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Amortitzacions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D5B112A" w14:textId="698BA27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9AE594A" w14:textId="29DB9FB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0A44E56" w14:textId="7251093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A5E2D02" w14:textId="46B03E4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9F1718E" w14:textId="52D8152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E9E2788" w14:textId="557DB6B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45F692C" w14:textId="4111733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B526B83" w14:textId="4463BB3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3F37914" w14:textId="2631179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E78AABD" w14:textId="2C6B29D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63AF085" w14:textId="70489AE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E2A12AD" w14:textId="55065DC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F1B7A6C" w14:textId="5C0F60E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6ABDC1A1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0F5D3C2A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Deteriorament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(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clients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existències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deutors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6D9CFFB" w14:textId="115BAF91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D0C96EA" w14:textId="59BBB6AB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067AD5" w14:textId="01C766B4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EA2FF8A" w14:textId="452D9C06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E3239E1" w14:textId="39852D74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7E36A8A" w14:textId="4F959BC1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A7B2F70" w14:textId="0660EDF6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2D7A678" w14:textId="5B41CCF6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61A07B6" w14:textId="662602AE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FA69AD9" w14:textId="2B0E7EDF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58F5D7C" w14:textId="6112D8A8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802320B" w14:textId="6243E0C5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7469B39" w14:textId="2CE4D81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79109BC4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0CBA3B4C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ALTRES DESPESES D'ESTRUCTURA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F81851C" w14:textId="5B1C4A0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DC6D59" w14:textId="70A3E88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15BB191" w14:textId="258168F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5B7F765" w14:textId="36BDAC2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D9AB0DD" w14:textId="2612B53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27FD996" w14:textId="4AC2967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DCB3E63" w14:textId="681D654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9252F35" w14:textId="65C23FF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290FCE3" w14:textId="7AB0A54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F427B3D" w14:textId="4C6C882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47EA6C7" w14:textId="50C90FB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9D11569" w14:textId="78903EE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52F0CF4" w14:textId="056B184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565C87" w:rsidRPr="00CA41A3" w14:paraId="20932BDB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0D34B813" w14:textId="6355793C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Beneficis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abans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d'impostos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 xml:space="preserve"> i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  <w:t>d'interessos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A866CC5" w14:textId="5903805C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207A06D" w14:textId="21FBEEC3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9A24DCB" w14:textId="28F6DFFE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28F1035" w14:textId="6404D89D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56D8238" w14:textId="0FB9BFEE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5296454" w14:textId="28102DCC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FFAB704" w14:textId="51E061AE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04BFFC0" w14:textId="04B94032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E9F46C8" w14:textId="5069C50C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F6B6548" w14:textId="26136080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197A77" w14:textId="1BB912CF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A7BCBB9" w14:textId="78FCF7BD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A433D4B" w14:textId="674FBC70" w:rsidR="00565C87" w:rsidRPr="00CA41A3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s-ES"/>
              </w:rPr>
            </w:pPr>
          </w:p>
        </w:tc>
      </w:tr>
      <w:tr w:rsidR="00565C87" w:rsidRPr="00B8419A" w14:paraId="240638BA" w14:textId="77777777" w:rsidTr="00F225A9">
        <w:trPr>
          <w:trHeight w:val="255"/>
        </w:trPr>
        <w:tc>
          <w:tcPr>
            <w:tcW w:w="4059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9064095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Ingressos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financers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FE86DAC" w14:textId="4F74BA0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2C41548" w14:textId="43EBFDCF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7715508" w14:textId="0DCB1B89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1D7E0A1" w14:textId="5A05062F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1D180B2" w14:textId="47D53953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D42D80C" w14:textId="7B996C1B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686724B8" w14:textId="74DDC9F3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7F887F3" w14:textId="0F381080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4845EB3" w14:textId="6A7B1741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531E8AC" w14:textId="153D448A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6B7DAD6" w14:textId="375A10A4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653211A" w14:textId="64CD69A0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E29C8B8" w14:textId="76603B3C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281C5928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DBAF10B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Despeses</w:t>
            </w:r>
            <w:proofErr w:type="spellEnd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8419A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financeres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27BDF2B0" w14:textId="31CDFDC2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D140C8D" w14:textId="12F3E612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4532430E" w14:textId="16CEB49F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4435504" w14:textId="16D8D0CB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62147A2" w14:textId="794994A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5C5C8C7" w14:textId="64E32684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FB4333D" w14:textId="32CC5B9B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1F1E86CD" w14:textId="4DCC545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71261F91" w14:textId="4D799EC2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5E95E740" w14:textId="19EA52DD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37D5598B" w14:textId="0F3C5DE2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FFFF99"/>
            <w:noWrap/>
            <w:vAlign w:val="bottom"/>
          </w:tcPr>
          <w:p w14:paraId="0ED8F46D" w14:textId="543BA52C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425C5A7" w14:textId="4C11717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78D44498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29523ED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RESULTATS FINANCERS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E90377B" w14:textId="75F9054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AD313D" w14:textId="12F256C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846DCE9" w14:textId="0766EF2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19591C4" w14:textId="6F2F5F4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205CBBF" w14:textId="615AB06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3661310" w14:textId="37054CA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DF61AE3" w14:textId="42183DB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57271A6" w14:textId="55D0B0B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27EB875" w14:textId="5ADFC68B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2774176" w14:textId="66D37FE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417275B" w14:textId="31E2DA0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74D9F95" w14:textId="206DDDCE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7EFE294" w14:textId="468CBE5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2547D29E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02586C97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Beneficis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abans 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d'impostos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(BAI)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54A8997" w14:textId="4B19E61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78D2A31" w14:textId="19396D1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D987D75" w14:textId="2B092767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E11BB4F" w14:textId="79C8E51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94B9C52" w14:textId="5531FD2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4B8A85F" w14:textId="256956C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B1FE8ED" w14:textId="62F67EB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237B093" w14:textId="482C34E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D7DE77F" w14:textId="180D100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226C2CA" w14:textId="7AC2A3A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40B7615" w14:textId="147C2C7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BDCE09" w14:textId="30219C76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A95F0E8" w14:textId="6D4CA34C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465756AA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F67C52C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Impostos</w:t>
            </w:r>
            <w:proofErr w:type="spellEnd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/</w:t>
            </w:r>
            <w:proofErr w:type="spellStart"/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beneficis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B0417A7" w14:textId="24AAE308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70C465F" w14:textId="55CFEC59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CF48926" w14:textId="44CBB44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C3E3A18" w14:textId="1FF2E86F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A47628A" w14:textId="407D3F51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F9C2E56" w14:textId="0C1C9B44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5AA69CB" w14:textId="0B606558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5A94E56" w14:textId="33A63C34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B2F1EEC" w14:textId="2766F3DD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9C209DE" w14:textId="096FF71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4016417" w14:textId="32F20328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469830D" w14:textId="64E7FD6C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ED54225" w14:textId="3B9BD931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  <w:tr w:rsidR="00565C87" w:rsidRPr="00B8419A" w14:paraId="1F2AE1E4" w14:textId="77777777" w:rsidTr="00F225A9">
        <w:trPr>
          <w:trHeight w:val="270"/>
        </w:trPr>
        <w:tc>
          <w:tcPr>
            <w:tcW w:w="4059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FA48DB4" w14:textId="77777777" w:rsidR="00565C87" w:rsidRPr="00B8419A" w:rsidRDefault="00565C87" w:rsidP="00F225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B841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BENEFICI NET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DCF2FC" w14:textId="4863FF0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56250B0" w14:textId="3C87FF90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7BE510C" w14:textId="383AA2E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B37FC6C" w14:textId="2496620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DDB8484" w14:textId="0DF2543D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9778829" w14:textId="07D4E8C4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9AF35F4" w14:textId="775EB865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1B5C028" w14:textId="3B6045B3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499BBAA" w14:textId="06350728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8C12945" w14:textId="67BE2F9A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55924F7" w14:textId="3BEBFFB9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7EBFCF5" w14:textId="53AA00C2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3542C0E" w14:textId="4AD4756F" w:rsidR="00565C87" w:rsidRPr="00B8419A" w:rsidRDefault="00565C87" w:rsidP="00F225A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</w:tbl>
    <w:p w14:paraId="296C7D53" w14:textId="5F5839A6" w:rsidR="00451155" w:rsidRDefault="00EB4927" w:rsidP="00FB3D9D">
      <w:pPr>
        <w:pStyle w:val="Ttulo2"/>
        <w:rPr>
          <w:lang w:val="ca-ES"/>
        </w:rPr>
      </w:pPr>
      <w:r w:rsidRPr="0097359B">
        <w:rPr>
          <w:lang w:val="ca-ES"/>
        </w:rPr>
        <w:lastRenderedPageBreak/>
        <w:t>15.</w:t>
      </w:r>
      <w:r w:rsidR="00C37D23">
        <w:rPr>
          <w:lang w:val="ca-ES"/>
        </w:rPr>
        <w:t>4</w:t>
      </w:r>
      <w:r w:rsidRPr="0097359B">
        <w:rPr>
          <w:lang w:val="ca-ES"/>
        </w:rPr>
        <w:t xml:space="preserve"> Tresoreria</w:t>
      </w:r>
      <w:r w:rsidR="00FB3D9D">
        <w:rPr>
          <w:lang w:val="ca-ES"/>
        </w:rPr>
        <w:t xml:space="preserve"> </w:t>
      </w:r>
      <w:r w:rsidR="00D549FA">
        <w:rPr>
          <w:lang w:val="ca-ES"/>
        </w:rPr>
        <w:t>(c</w:t>
      </w:r>
      <w:r w:rsidRPr="0097359B">
        <w:rPr>
          <w:lang w:val="ca-ES"/>
        </w:rPr>
        <w:t>obraments i pagaments</w:t>
      </w:r>
      <w:r w:rsidR="00D549FA">
        <w:rPr>
          <w:lang w:val="ca-ES"/>
        </w:rPr>
        <w:t>)</w:t>
      </w:r>
    </w:p>
    <w:tbl>
      <w:tblPr>
        <w:tblpPr w:leftFromText="141" w:rightFromText="141" w:vertAnchor="text" w:horzAnchor="margin" w:tblpXSpec="center" w:tblpY="-1272"/>
        <w:tblW w:w="147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1"/>
        <w:gridCol w:w="980"/>
        <w:gridCol w:w="920"/>
        <w:gridCol w:w="920"/>
        <w:gridCol w:w="860"/>
        <w:gridCol w:w="880"/>
        <w:gridCol w:w="900"/>
        <w:gridCol w:w="940"/>
        <w:gridCol w:w="900"/>
        <w:gridCol w:w="940"/>
        <w:gridCol w:w="1000"/>
        <w:gridCol w:w="960"/>
        <w:gridCol w:w="1000"/>
        <w:gridCol w:w="1000"/>
      </w:tblGrid>
      <w:tr w:rsidR="006E78E0" w:rsidRPr="004270D8" w14:paraId="6702F9B1" w14:textId="77777777" w:rsidTr="00417D85">
        <w:trPr>
          <w:trHeight w:val="375"/>
        </w:trPr>
        <w:tc>
          <w:tcPr>
            <w:tcW w:w="2521" w:type="dxa"/>
            <w:tcBorders>
              <w:top w:val="single" w:sz="4" w:space="0" w:color="auto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4729425F" w14:textId="16B1B079" w:rsidR="006E78E0" w:rsidRPr="00417D85" w:rsidRDefault="00CF6C47" w:rsidP="00EF60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417D85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lastRenderedPageBreak/>
              <w:t>TRESORE</w:t>
            </w:r>
            <w:r w:rsidR="00417D85" w:rsidRPr="00417D85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t>RIA ANY 1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4E40890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Gener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B292BD2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Febrer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4582D0E9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Març</w:t>
            </w:r>
            <w:proofErr w:type="spellEnd"/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46954845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Abril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68025FCC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Maig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E22020E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Juny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9B5B0F9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Juliol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0A530ACA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Agost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ED1A20E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Setem</w:t>
            </w:r>
            <w:proofErr w:type="spell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B42AF2E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Octubre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847451E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Novem.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3133355D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Desem</w:t>
            </w:r>
            <w:proofErr w:type="spell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149303BC" w14:textId="77777777" w:rsidR="006E78E0" w:rsidRPr="004270D8" w:rsidRDefault="006E78E0" w:rsidP="00EF60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TOTAL </w:t>
            </w:r>
          </w:p>
        </w:tc>
      </w:tr>
      <w:tr w:rsidR="006E78E0" w:rsidRPr="004270D8" w14:paraId="73A0261A" w14:textId="77777777" w:rsidTr="00417D85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3278B818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COBRAMENTS ORDINARIS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C3B3234" w14:textId="638983D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601EBA6" w14:textId="6B1A1AF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2BA3BAF" w14:textId="043E74F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D90967E" w14:textId="3FE9B7D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EEA4B98" w14:textId="724AF01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D62EEBE" w14:textId="3525481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76DD7C6" w14:textId="05D41B3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BFB9E3A" w14:textId="0D04A25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EF1BBA2" w14:textId="49E2633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AB82845" w14:textId="77CB35F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5EDA08D" w14:textId="746F959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shd w:val="clear" w:color="000000" w:fill="99CCFF"/>
            <w:noWrap/>
            <w:vAlign w:val="bottom"/>
          </w:tcPr>
          <w:p w14:paraId="383537FC" w14:textId="5682D69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6CB194A3" w14:textId="73DF3F0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1F23A6E8" w14:textId="77777777" w:rsidTr="00417D85">
        <w:trPr>
          <w:trHeight w:val="270"/>
        </w:trPr>
        <w:tc>
          <w:tcPr>
            <w:tcW w:w="2521" w:type="dxa"/>
            <w:tcBorders>
              <w:top w:val="single" w:sz="8" w:space="0" w:color="333399"/>
              <w:left w:val="single" w:sz="8" w:space="0" w:color="333399"/>
              <w:bottom w:val="single" w:sz="4" w:space="0" w:color="auto"/>
              <w:right w:val="single" w:sz="8" w:space="0" w:color="333399"/>
            </w:tcBorders>
            <w:noWrap/>
            <w:vAlign w:val="bottom"/>
            <w:hideMark/>
          </w:tcPr>
          <w:p w14:paraId="61E29B12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Clients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98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4D63E378" w14:textId="0E3787C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C1A5BF2" w14:textId="6DFC96F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A461539" w14:textId="1788965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DA92265" w14:textId="2C7B76C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C994BBD" w14:textId="47D75F9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FFB83B4" w14:textId="72A53B0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EF8558E" w14:textId="3293FED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7F6CECC" w14:textId="02B69C3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2685A61" w14:textId="6E991B3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85FEEC9" w14:textId="23898AA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3589407" w14:textId="67B4F0D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39673" w14:textId="4050680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E1FA5AC" w14:textId="2D94CB8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4EC08454" w14:textId="77777777" w:rsidTr="00417D85">
        <w:trPr>
          <w:trHeight w:val="270"/>
        </w:trPr>
        <w:tc>
          <w:tcPr>
            <w:tcW w:w="2521" w:type="dxa"/>
            <w:tcBorders>
              <w:top w:val="single" w:sz="4" w:space="0" w:color="auto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35C6C9A7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cobraments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2632EE6D" w14:textId="0BBE6A9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0AF18E83" w14:textId="5741A0B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6FF4F2EE" w14:textId="0B73098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23188F45" w14:textId="09548B5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003D18D2" w14:textId="388CB6F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42EDE018" w14:textId="66A3E4C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3ABACE37" w14:textId="2DB728C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2B85DF82" w14:textId="166EA4D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49DC5BA9" w14:textId="38BF1AA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25B54FA4" w14:textId="22447EB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37BD19F9" w14:textId="0A6D683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9A45AA" w14:textId="0409E39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56F6D49" w14:textId="035F8F5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4F015881" w14:textId="77777777" w:rsidTr="00CA41A3">
        <w:trPr>
          <w:trHeight w:val="270"/>
        </w:trPr>
        <w:tc>
          <w:tcPr>
            <w:tcW w:w="2521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4AA15944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COBRAMENTS EXTRAORDINARIS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AEA5BDF" w14:textId="5726D0C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BD34F80" w14:textId="03A11EC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49DEB5D" w14:textId="4A2B8BD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95B5761" w14:textId="080886E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034032B" w14:textId="32ABE8A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66A8E25" w14:textId="104B453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0DBEF4C" w14:textId="6CBFAC8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077DF85" w14:textId="64E97F2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1C6D1E5" w14:textId="6C3FC15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36F4390" w14:textId="5DF71DD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E7FD171" w14:textId="7CD3A1E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shd w:val="clear" w:color="000000" w:fill="99CCFF"/>
            <w:noWrap/>
            <w:vAlign w:val="bottom"/>
          </w:tcPr>
          <w:p w14:paraId="5892A5B4" w14:textId="72A69CA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0CEBD970" w14:textId="230ADBF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60359B20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1AD3D43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Aportació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dels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socis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E13D222" w14:textId="3D524D6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971554C" w14:textId="4F81B039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E2013A" w14:textId="2F50F2DC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855E5E4" w14:textId="79A0F7D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2610ACE" w14:textId="3968841C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FE87CC5" w14:textId="355C8509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50755AD" w14:textId="77ACA5AB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56EABF6" w14:textId="78C34EA2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1C7B53D" w14:textId="4270B45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580B9D4" w14:textId="761C9AEF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665DD98" w14:textId="7B548FC6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2F97E" w14:textId="0C50302B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05A387B" w14:textId="072407E9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5C3DF266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038D0FAB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Préstecs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crèdits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financers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59EBBF5" w14:textId="3C4B211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59D7F9E" w14:textId="699961D5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635B387" w14:textId="6E7DC271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53527CC" w14:textId="64BAD4AC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3448A36" w14:textId="69F7DBDE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7770FEF" w14:textId="445AC9AD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DAB2741" w14:textId="20F72533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A0DC3E1" w14:textId="5D97BB3E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204B5B" w14:textId="3DE03681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AF7B9DF" w14:textId="525FBCF0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CA29BB8" w14:textId="60E87F12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453CB77D" w14:textId="2836FF2F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4558017D" w14:textId="19713CD2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3ED0093E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F8912AA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COBRAMENTS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89DD4E7" w14:textId="11847FC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9FD9742" w14:textId="7A61B5B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0A083AF" w14:textId="5B62DA6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8E8C011" w14:textId="78D696C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41D30CE" w14:textId="1BA7363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EE62680" w14:textId="6610555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E5FEA45" w14:textId="5300F05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0AB36F4" w14:textId="5D70FF5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367F8F8" w14:textId="0311D04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6C72321" w14:textId="5550427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09B6515" w14:textId="60591A3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2481A408" w14:textId="46770DC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1C7E92BC" w14:textId="29413AB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7707332E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DFF6C49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AEA0169" w14:textId="40EE3D5C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E4511A1" w14:textId="1FA9675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AC22A54" w14:textId="71D1FB7A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5DE8E04" w14:textId="7CFC3032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5FAFD74" w14:textId="14FE5B2B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8DA2859" w14:textId="180F10A5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44ADD0A" w14:textId="2E80A38C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70E8208" w14:textId="70880DA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29F25A1" w14:textId="0542D8E9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E735838" w14:textId="67280489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A0C482B" w14:textId="0A5E852F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04395BB6" w14:textId="1E5051CA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2780108A" w14:textId="2326B090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31D8C1E9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6A435CA0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PAGAMENTS ORDINARIS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5455C23" w14:textId="0AD456F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0EC87C7" w14:textId="3FE68DA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D21A7B2" w14:textId="6EC6137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F2B3FAB" w14:textId="5ACC683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9363B17" w14:textId="07B235F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085D57F" w14:textId="36FFA03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95C3170" w14:textId="58BBC84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0E1A0C1" w14:textId="1D942E2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AE0EABF" w14:textId="43FEB5E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19A8B09" w14:textId="547267A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0D4B675" w14:textId="581C659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B686658" w14:textId="4B31FF4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7F2B0E83" w14:textId="0EB4DA9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565EC435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6393C71B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Proveïdors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74A513E" w14:textId="48AF9D0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91B89B8" w14:textId="00D00DD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07F3BA5" w14:textId="61226D8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C20270B" w14:textId="23BE933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886C5CF" w14:textId="0A8176F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55F76DB" w14:textId="19BD340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A5F9588" w14:textId="6854D6B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FF88AC7" w14:textId="197994F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CF0BE3F" w14:textId="0EBD913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ABF5B70" w14:textId="1FC975E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A23CEC0" w14:textId="348CFCC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ABF675A" w14:textId="7AEEC1C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BECCC19" w14:textId="0F1A31A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5D5C5EC0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C99F907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Comissions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9F337DF" w14:textId="01CDD230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2B30D93" w14:textId="5BF28464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A1C96A5" w14:textId="28583B95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5CC1466" w14:textId="39A27466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13792CE" w14:textId="5B67D6A6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C07A527" w14:textId="0CEC2C30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C57AB7A" w14:textId="53916C14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A5A26CA" w14:textId="1F0D12A8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F8EC118" w14:textId="3F5E486B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292618D" w14:textId="42B1F058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4B54206" w14:textId="519B023E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2DE48" w14:textId="46A20B5E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10664F8" w14:textId="142766D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245FFF32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3BABD1BA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personal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999AE94" w14:textId="758769E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7CB2DB9" w14:textId="4EDC53C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8A5D066" w14:textId="04410EA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C38A9C1" w14:textId="17326B0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4D51CA4" w14:textId="389069A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EB89D03" w14:textId="3FB908B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B6C6956" w14:textId="52BD357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911DBC9" w14:textId="1C43090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D299C2A" w14:textId="7EC665F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058D18C" w14:textId="113A25B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A6BBCFA" w14:textId="2B7A632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DA9DA" w14:textId="732D49F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2A9BA61" w14:textId="5005377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7164BE24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1CDE07B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Seguretat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Social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22994D2" w14:textId="5551234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03EF05E" w14:textId="4B7EAA1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99802D6" w14:textId="52A97F1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7B1D0E3" w14:textId="4CD9980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A78C20" w14:textId="0FCD2A3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5B78489" w14:textId="00A6887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C645E9A" w14:textId="0A6FDE0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18E03D4" w14:textId="5E8E0C0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035933C" w14:textId="5BA4DBB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25E5FFC" w14:textId="6C42D9A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994EB55" w14:textId="7F9402F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152333" w14:textId="0856A8B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2F44E19" w14:textId="66F60CD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2094BA74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0DF599A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Lloguers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37D305A" w14:textId="39097E8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4B4CA82" w14:textId="38F20DD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6C9A097" w14:textId="0BFE619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0227FA6" w14:textId="3D8AAC3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687BF05" w14:textId="50252F0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0B81A1B" w14:textId="19F110F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1CE37E1" w14:textId="77EB538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F4283D0" w14:textId="12739A1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5C79612" w14:textId="501A0D0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4D5080F" w14:textId="4B0D163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BA2E0EB" w14:textId="3B69206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B7D6C" w14:textId="729E3BC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2278135" w14:textId="24C3479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632DF22D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4C1B2B6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Reparacions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5F196EF" w14:textId="737C0E3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03805BE" w14:textId="00CA7F2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0414FB2" w14:textId="60BAFEB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49B3B4D" w14:textId="5A649BD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23ED86E" w14:textId="488967E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001DD8A" w14:textId="5A6DFCD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29CA7FD" w14:textId="35E983B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EE558DF" w14:textId="13B8DC5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F8F3330" w14:textId="477FFA7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3AB908E" w14:textId="40603FE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7D56271" w14:textId="1351B38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E4E23" w14:textId="1D59A66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B785A53" w14:textId="3C477B8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230DCCDF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4B081E2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Serveis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profess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. indep.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273BDA1" w14:textId="1178F5D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D3E8D27" w14:textId="7E5EAF5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3B9C579" w14:textId="78AF766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8D95E32" w14:textId="6C64F8F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5FF503A" w14:textId="5BDDF09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EB56D0D" w14:textId="02358FE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1257D78" w14:textId="2701917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64B0DE1" w14:textId="22C2D21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8604DCC" w14:textId="5F6E3A6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1957BE0" w14:textId="07FF125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EBE285F" w14:textId="1A8F56B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FC937" w14:textId="52E0F12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E76EA78" w14:textId="793A767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562C7F8C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6379413B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Transports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DC85371" w14:textId="73C59FD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935FC2E" w14:textId="2D6416A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37183A4B" w14:textId="63B18C6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78110F6" w14:textId="043E438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6D746C4E" w14:textId="5E2D205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66BDC5B" w14:textId="5F5BC1F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12F157D1" w14:textId="1575B2D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FC2AEB6" w14:textId="3374733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7AB56863" w14:textId="6A6EB07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C7289DD" w14:textId="0F8E8AC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711FAC56" w14:textId="5CC869C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36344" w14:textId="23B7C9E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3A403A4" w14:textId="687D231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2492891E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425F6F4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Primes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d'assegurances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3F7FA0FE" w14:textId="799D1C2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E500C83" w14:textId="2DD5AEB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FFCC811" w14:textId="0829274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8" w:space="0" w:color="333399"/>
            </w:tcBorders>
            <w:noWrap/>
            <w:vAlign w:val="bottom"/>
          </w:tcPr>
          <w:p w14:paraId="1F942326" w14:textId="2E51835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1151CBC" w14:textId="0C5B86D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1FC070D" w14:textId="799CB86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CA764BF" w14:textId="7412358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CD0EA4C" w14:textId="1143E0C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5B949A4" w14:textId="203AF7D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04ADEEF" w14:textId="39F5A80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357662A" w14:textId="66D5FA7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AF75651" w14:textId="40826E8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DB71AF8" w14:textId="7F92DF0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61AC7D3D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4A30277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Publicitat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CA25C69" w14:textId="6C39558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BBFDF12" w14:textId="57517D1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ADD6E7C" w14:textId="722A2EC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8" w:space="0" w:color="333399"/>
            </w:tcBorders>
            <w:noWrap/>
            <w:vAlign w:val="bottom"/>
          </w:tcPr>
          <w:p w14:paraId="0BE466B0" w14:textId="7101EE9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4442708" w14:textId="5012819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59A477B" w14:textId="11FA72C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AB510E7" w14:textId="1B25BE1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F5631E1" w14:textId="2A3DAD1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8C454EA" w14:textId="6F9B0C8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EFA561F" w14:textId="6AC3AB9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4C6B72F" w14:textId="41CCD99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66E4A55" w14:textId="0558FC1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0268AEE" w14:textId="1B4D739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36DAA4C4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314D7085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Subministraments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2E25AA3" w14:textId="661FC36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0BBDB28" w14:textId="74FE982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1D3735E" w14:textId="3572178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7FD7B7F" w14:textId="077BDA4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2778045" w14:textId="49240FB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D80AC55" w14:textId="088A9FE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C602DD7" w14:textId="676AD56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0CB7FC7" w14:textId="3D93BA9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9F1B3A2" w14:textId="389EC26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8852C7D" w14:textId="7FDF67D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8087AB1" w14:textId="0302075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857DCD9" w14:textId="2B0BE94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DC0571C" w14:textId="6E937C1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19088CF4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CEFB3A3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Tributs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2CB7C83" w14:textId="0DEA5F2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37470A7" w14:textId="3CB1D94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5127FF3" w14:textId="38E4CDA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1C3597A" w14:textId="2A812E9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E4C931B" w14:textId="56843F6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AB46155" w14:textId="2A71458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506AA5C" w14:textId="7380ACC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BC252E8" w14:textId="29F6936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8F34CB2" w14:textId="1EF14BD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8D22E45" w14:textId="733DA50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245CC3C" w14:textId="18BF055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AB8D1FE" w14:textId="5E7DBCC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F5CDFF5" w14:textId="6B98C30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42976ED3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8142309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Quotes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préstecs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bancaris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7910B87" w14:textId="7A6101A8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2740C3D" w14:textId="3CA3FE56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90663F7" w14:textId="3D85448F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8" w:space="0" w:color="333399"/>
            </w:tcBorders>
            <w:noWrap/>
            <w:vAlign w:val="bottom"/>
          </w:tcPr>
          <w:p w14:paraId="1535D279" w14:textId="09848F9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CD83A55" w14:textId="1E219602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E42A892" w14:textId="2F104486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E49ACC5" w14:textId="23AC965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B76098F" w14:textId="46B833EB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A59A6DD" w14:textId="6917878E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C634620" w14:textId="7D19FD4E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7860B4D" w14:textId="44333F8E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C6C3C01" w14:textId="2EB08035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F469A3A" w14:textId="7352130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2A224B56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68360A1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91EE15F" w14:textId="2E7C5AC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0B8CE07" w14:textId="3F15481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CC4DE8C" w14:textId="0977416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79A9261" w14:textId="767534C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FEE4DE8" w14:textId="44CC8E2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42F9FBD" w14:textId="518A618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20FE336" w14:textId="78362DD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68C6862" w14:textId="2F1949E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38D424F" w14:textId="66B0FE5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D3587D9" w14:textId="673E939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9A95DAE" w14:textId="4C229F1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7BD1D8" w14:textId="11B79D85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62E5291" w14:textId="768970C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4DA3D3CA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0B0E0BD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Liquidació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IVA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CAA5282" w14:textId="0475ACA1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D2C0045" w14:textId="7B0B883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C134181" w14:textId="3A7A25D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9C4B957" w14:textId="2B5A18E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B0749C0" w14:textId="7755A2F9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1A50A11" w14:textId="33163E0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37FF450" w14:textId="7B241A6A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ECC5522" w14:textId="214BFC8B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FEB02C4" w14:textId="4CA6425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5D61E7F" w14:textId="3960ABA9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25CF3BC" w14:textId="72D390A3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2FF480B" w14:textId="193073B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67B922F" w14:textId="73B245E6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6807FF04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100C77F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Liquidació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IRPF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5F2282E" w14:textId="5D8ECA89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5FC4CC5" w14:textId="08D7E592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19F629" w14:textId="25C16F4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E055F82" w14:textId="71A6C431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F2DC52E" w14:textId="18B4F850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9F27671" w14:textId="71DBCF8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5B682EE" w14:textId="56B827CD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5C98894" w14:textId="1E20430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F895E5F" w14:textId="203EA3D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3F63CBA" w14:textId="1CF28E02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88479B9" w14:textId="0CF48DDA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D3E72FD" w14:textId="25A02D3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FCE4A5F" w14:textId="316C5FB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0101EEF5" w14:textId="77777777" w:rsidTr="00CA41A3">
        <w:trPr>
          <w:trHeight w:val="270"/>
        </w:trPr>
        <w:tc>
          <w:tcPr>
            <w:tcW w:w="2521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15CF3ADC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 EXTRAORDINARIS</w:t>
            </w:r>
          </w:p>
        </w:tc>
        <w:tc>
          <w:tcPr>
            <w:tcW w:w="98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A11CDCE" w14:textId="33D135C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8114768" w14:textId="2533159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9ED2604" w14:textId="1C9BEF2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9D83AFF" w14:textId="41B374F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75C36C8" w14:textId="3267584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7AE70F3" w14:textId="0064B45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A2FC908" w14:textId="3FECF44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6401EEF" w14:textId="54FB18A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4EF874D" w14:textId="0A114E7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4264B98" w14:textId="01F4093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C2EF004" w14:textId="0D0B34C4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8" w:space="0" w:color="333399"/>
              <w:right w:val="nil"/>
            </w:tcBorders>
            <w:shd w:val="clear" w:color="000000" w:fill="99CCFF"/>
            <w:noWrap/>
            <w:vAlign w:val="bottom"/>
          </w:tcPr>
          <w:p w14:paraId="2FBAB593" w14:textId="00A9CC3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28D4A670" w14:textId="49FCC1F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4D766B1E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238DF6E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inversions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AE0622B" w14:textId="627DB37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D22DD72" w14:textId="3ADA445F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D961F61" w14:textId="11F9E531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33E9238" w14:textId="7343FAD0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27C6136" w14:textId="791344D1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8AA19A0" w14:textId="29388A02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0A5F420" w14:textId="285A3F3B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9936A22" w14:textId="3BE70291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75B7398" w14:textId="52DB2353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A6E4E82" w14:textId="2324B908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4C6A538" w14:textId="1BEE61A5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D46F0" w14:textId="1E0E0BFB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F5726BF" w14:textId="7C09C66C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78104595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2DEFCF4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PAGAMENTS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F9AD6DC" w14:textId="6A31C75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23194EE" w14:textId="438F440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32B5496" w14:textId="21D355C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058EE6F" w14:textId="56A8B92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EC00067" w14:textId="73747B3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6DC2E5C" w14:textId="378E919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7EB4914" w14:textId="240D915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85F4CF2" w14:textId="66BAB70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B17C119" w14:textId="390DEFF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957A61D" w14:textId="0A8F5DC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28C6BB1" w14:textId="441F947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700C583D" w14:textId="56FD07C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A20E6E" w14:textId="28A181C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434B04AF" w14:textId="77777777" w:rsidTr="00EF609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234A6B1A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78FB9597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66A6B731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24CEBE06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2A5CC33F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43BB2446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7D6B69D7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1CC86A33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4F9EDB34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1C4C27F8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30A612E9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6E3048DD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D68266B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6B282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09C7A799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2FFF9726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SALDO MES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B566405" w14:textId="455E7D1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C47FE24" w14:textId="46E11E9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0ED7B54" w14:textId="0B61ED8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1A10D99" w14:textId="69B978F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A937662" w14:textId="6FDF6F3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631523C" w14:textId="75DE6541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D2CB052" w14:textId="329E16D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6752289" w14:textId="1E4E083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6BADF93" w14:textId="68F1C63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A1FE345" w14:textId="6A9ECB7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45E91E0" w14:textId="3E3AA37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B0F26F9" w14:textId="5804764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0E2D" w14:textId="7777777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7B2D7987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B75447D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SALDO ANTERIOR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CD15A2E" w14:textId="01EC3F5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67D90B2" w14:textId="3EC7614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A24CB6B" w14:textId="4DE0A92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09C77AD" w14:textId="73DBAF4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A7FD57" w14:textId="160FB692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0AED61C" w14:textId="1093ED9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E58D268" w14:textId="64EDC46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08C9848" w14:textId="5F19340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CBAB3FC" w14:textId="199E0B0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1979C5F" w14:textId="1BAB6713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056B4FB" w14:textId="2F4C42C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969AF74" w14:textId="54F0A73A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CC20F" w14:textId="7777777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6E78E0" w:rsidRPr="004270D8" w14:paraId="7E37A846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A9C3403" w14:textId="77777777" w:rsidR="006E78E0" w:rsidRPr="004270D8" w:rsidRDefault="006E78E0" w:rsidP="00EF60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SALDO ACUMULAT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5842430" w14:textId="18EE853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96D421E" w14:textId="0294939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F8E5C55" w14:textId="3AAFBA8D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378DDC8" w14:textId="50F0A326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EE0FE46" w14:textId="6661CC89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8879B3F" w14:textId="3C3207C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55B953A" w14:textId="5EB761DB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578CE01" w14:textId="57A48CB8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83C07A" w14:textId="3D433DBF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77BC012" w14:textId="460B5EDE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1842B69" w14:textId="2AB03C70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6822FD0" w14:textId="5F46657C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12225" w14:textId="77777777" w:rsidR="006E78E0" w:rsidRPr="004270D8" w:rsidRDefault="006E78E0" w:rsidP="00EF60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</w:tbl>
    <w:p w14:paraId="12B2EE59" w14:textId="77777777" w:rsidR="00451155" w:rsidRDefault="00451155">
      <w:pPr>
        <w:rPr>
          <w:lang w:val="ca-ES"/>
        </w:rPr>
      </w:pPr>
    </w:p>
    <w:tbl>
      <w:tblPr>
        <w:tblpPr w:leftFromText="141" w:rightFromText="141" w:vertAnchor="text" w:horzAnchor="margin" w:tblpXSpec="center" w:tblpY="-1272"/>
        <w:tblW w:w="147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1"/>
        <w:gridCol w:w="980"/>
        <w:gridCol w:w="920"/>
        <w:gridCol w:w="920"/>
        <w:gridCol w:w="860"/>
        <w:gridCol w:w="880"/>
        <w:gridCol w:w="900"/>
        <w:gridCol w:w="940"/>
        <w:gridCol w:w="900"/>
        <w:gridCol w:w="940"/>
        <w:gridCol w:w="1000"/>
        <w:gridCol w:w="960"/>
        <w:gridCol w:w="1000"/>
        <w:gridCol w:w="1000"/>
      </w:tblGrid>
      <w:tr w:rsidR="00EF6096" w:rsidRPr="004270D8" w14:paraId="44EF81A7" w14:textId="77777777" w:rsidTr="00417D85">
        <w:trPr>
          <w:trHeight w:val="375"/>
        </w:trPr>
        <w:tc>
          <w:tcPr>
            <w:tcW w:w="2521" w:type="dxa"/>
            <w:tcBorders>
              <w:top w:val="single" w:sz="4" w:space="0" w:color="auto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09F9731F" w14:textId="41C8A6DA" w:rsidR="00EF6096" w:rsidRPr="00AB6C6A" w:rsidRDefault="00417D85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AB6C6A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lastRenderedPageBreak/>
              <w:t>TRESORERIA ANY 2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1C2121A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Gener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D3D3EDE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Febrer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41A1B92B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Març</w:t>
            </w:r>
            <w:proofErr w:type="spellEnd"/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74497D63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Abril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425C25D7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Maig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4249214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Juny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A04F576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Juliol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5B4994CB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Agost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0DE2349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Setem</w:t>
            </w:r>
            <w:proofErr w:type="spell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54FC84CE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Octubre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67FB224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Novem.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1BE21115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Desem</w:t>
            </w:r>
            <w:proofErr w:type="spell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4AB60BCD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TOTAL </w:t>
            </w:r>
          </w:p>
        </w:tc>
      </w:tr>
      <w:tr w:rsidR="00EF6096" w:rsidRPr="004270D8" w14:paraId="1B0CD1DE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43748CF0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COBRAMENTS ORDINARIS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94FBCD6" w14:textId="401ACC7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30C3BEE" w14:textId="07AE2DA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763D94C" w14:textId="2AB1F26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C942F85" w14:textId="4C27B75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BEFE558" w14:textId="1EDAD4F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D3E4D9D" w14:textId="55D9C80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A346890" w14:textId="1A4EA34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79C1EC7" w14:textId="7E9AF8F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B557030" w14:textId="6E77A25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7BDCE9B" w14:textId="0E12489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7AC0319" w14:textId="24989ED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shd w:val="clear" w:color="000000" w:fill="99CCFF"/>
            <w:noWrap/>
            <w:vAlign w:val="bottom"/>
          </w:tcPr>
          <w:p w14:paraId="2CFFBA6A" w14:textId="76FB5FD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699F304C" w14:textId="45700EF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4D56C172" w14:textId="77777777" w:rsidTr="00F73B86">
        <w:trPr>
          <w:trHeight w:val="270"/>
        </w:trPr>
        <w:tc>
          <w:tcPr>
            <w:tcW w:w="2521" w:type="dxa"/>
            <w:tcBorders>
              <w:top w:val="single" w:sz="8" w:space="0" w:color="333399"/>
              <w:left w:val="single" w:sz="8" w:space="0" w:color="333399"/>
              <w:bottom w:val="single" w:sz="4" w:space="0" w:color="auto"/>
              <w:right w:val="single" w:sz="8" w:space="0" w:color="333399"/>
            </w:tcBorders>
            <w:noWrap/>
            <w:vAlign w:val="bottom"/>
            <w:hideMark/>
          </w:tcPr>
          <w:p w14:paraId="55DBE799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Clients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98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7050AA07" w14:textId="08A27E5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197B964" w14:textId="3CAB09C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4B00C12" w14:textId="3793D04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0CBC0BE" w14:textId="6780143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3AE0752" w14:textId="47D8E96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65BCDE0" w14:textId="3ADCE8B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AF5D23C" w14:textId="41E9A14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38F02B1" w14:textId="079A34D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067114D" w14:textId="27912DE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D0F7802" w14:textId="6A32526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57BD80B" w14:textId="555648C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1BE660" w14:textId="323FD18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861DC8C" w14:textId="5F21E44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019A843D" w14:textId="77777777" w:rsidTr="00F73B86">
        <w:trPr>
          <w:trHeight w:val="270"/>
        </w:trPr>
        <w:tc>
          <w:tcPr>
            <w:tcW w:w="2521" w:type="dxa"/>
            <w:tcBorders>
              <w:top w:val="single" w:sz="4" w:space="0" w:color="auto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4482369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cobraments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2E832353" w14:textId="232027C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77EEF91F" w14:textId="0666719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25D80F87" w14:textId="3059F70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6CD86BDB" w14:textId="0284811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45AEAB24" w14:textId="5C0D3A5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58E86436" w14:textId="5B68BC5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6659472D" w14:textId="28EE5CB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0A0C8834" w14:textId="3624481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1DD1FA3A" w14:textId="486DC4D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1B79338D" w14:textId="7717002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13BB6FB5" w14:textId="68148AA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B9312C" w14:textId="0EC64A1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3A0243A" w14:textId="5CD5BD2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4B7CBD06" w14:textId="77777777" w:rsidTr="00F73B86">
        <w:trPr>
          <w:trHeight w:val="270"/>
        </w:trPr>
        <w:tc>
          <w:tcPr>
            <w:tcW w:w="2521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1FCFD05C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COBRAMENTS EXTRAORDINARIS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27915BF" w14:textId="7E108C2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A43E177" w14:textId="79AD07C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92D86B6" w14:textId="66B2EFF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295B948" w14:textId="74BBE0F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4F1A55F" w14:textId="16B9E61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561F96C" w14:textId="62634E2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AAA486D" w14:textId="521A9F6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1A94D2D" w14:textId="77FA22E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7026714" w14:textId="33CDC48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23938CB" w14:textId="3F86DCB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8448503" w14:textId="21F7EE8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shd w:val="clear" w:color="000000" w:fill="99CCFF"/>
            <w:noWrap/>
            <w:vAlign w:val="bottom"/>
          </w:tcPr>
          <w:p w14:paraId="47AF7F95" w14:textId="464A0D9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32BE5983" w14:textId="23A32EE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4885F0C7" w14:textId="77777777" w:rsidTr="00F73B86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B6C5F22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Aportació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dels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socis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78A478F" w14:textId="329B388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EE8193B" w14:textId="3995604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91CD5EE" w14:textId="07EA10D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2480213" w14:textId="6B1B0DB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F845AFB" w14:textId="3571D592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3A34558" w14:textId="53350E4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9A82BF7" w14:textId="3336AA6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3AB8B42" w14:textId="09DB0AB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70A255E" w14:textId="23EE590D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B483814" w14:textId="0EF9E5B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C9C2233" w14:textId="7C7E290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8A437" w14:textId="7FD72A4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E20B9D4" w14:textId="5BDE726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09942AA4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5572D862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Préstecs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crèdits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financers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1E41C7E" w14:textId="0E8AF3A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725CF0A" w14:textId="14BF6B7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0846E21" w14:textId="384045B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381A402" w14:textId="32245E3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F7DA728" w14:textId="1F08DD7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2829FD8" w14:textId="6873016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83AF41E" w14:textId="12447CC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8B3E3C9" w14:textId="191D409D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8367B66" w14:textId="18553D4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28C8C1" w14:textId="58177E4D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0AA5FA4" w14:textId="18538B6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1323F404" w14:textId="11A8EB32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65550455" w14:textId="07D5018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046F136E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4348F6D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COBRAMENTS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F6F04C4" w14:textId="72BBFC5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116A793" w14:textId="1B3C48A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D277A1B" w14:textId="2D2FBB9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E84577D" w14:textId="07A056D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61D5603" w14:textId="1987BE6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E7997D2" w14:textId="0DE4B1D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9C207E3" w14:textId="0D9E530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3B57CEF" w14:textId="477FD1B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486C51F" w14:textId="33DD2FC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1453078" w14:textId="55D051C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614F54" w14:textId="46EEE4E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5E2CF400" w14:textId="01E846C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7D997D76" w14:textId="03B2EAD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663F398F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3449044E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036F7A7" w14:textId="439F6C7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7C7C146" w14:textId="60B9668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54E5ACC" w14:textId="36045EE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9FDF8B5" w14:textId="5CEE1E1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F3B253A" w14:textId="5F9B1E8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B0FE415" w14:textId="092EB32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BADD471" w14:textId="4B57FA6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BBD297" w14:textId="4784C3C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E8A8EBE" w14:textId="2554F69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4930F73" w14:textId="42BB450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8C49581" w14:textId="7F5A354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18A850D4" w14:textId="582E32A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0C319C20" w14:textId="30CD89D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30094D5B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22901D29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PAGAMENTS ORDINARIS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DBB6B30" w14:textId="0E22735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A0BDA3D" w14:textId="5914CDA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3C05324" w14:textId="2A0D3E1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4426504" w14:textId="00D943D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22A3B98" w14:textId="3E849F1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93D1AB4" w14:textId="30C6324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8360EC3" w14:textId="0129845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CE0F821" w14:textId="6BBB07D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D9BC0AF" w14:textId="252DDE6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B3BEA57" w14:textId="4682DB8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499F3AF" w14:textId="7A8B212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1263F84" w14:textId="5D3FFAF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735F749B" w14:textId="5610CAC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18ACD59C" w14:textId="77777777" w:rsidTr="00F73B86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6FE95706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Proveïdors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5BC7F82" w14:textId="17C281B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B7481A9" w14:textId="4CEC13D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F9EE54C" w14:textId="2223A7E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DCF513A" w14:textId="1ECC63F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56BF5E2" w14:textId="2AA88A3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9C4DACF" w14:textId="0162141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00B0CD8" w14:textId="72DF739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2F8858C" w14:textId="0F1D520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32825D8" w14:textId="6F8CFEF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640D570" w14:textId="476E5A5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0492132" w14:textId="49FB440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08B7080" w14:textId="029FDD5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067C993" w14:textId="5AAEE54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C85FB60" w14:textId="77777777" w:rsidTr="00F73B86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398B86E8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Comissions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8C345D4" w14:textId="72DFB59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65A9DCC" w14:textId="4B395E3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D647566" w14:textId="42442482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1F89F2D" w14:textId="62C5330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9FF4202" w14:textId="3D939B9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0943D90" w14:textId="032F0305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20A9A4C" w14:textId="217E3E7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BCE3F69" w14:textId="166E534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26364E8" w14:textId="3DC3AA7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A22CFE0" w14:textId="5DAFD67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48DBC0A" w14:textId="5ABB476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3822E" w14:textId="0397343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656018C" w14:textId="1BF7918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1C98DFA5" w14:textId="77777777" w:rsidTr="00F73B86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B096F76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personal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405D6B0" w14:textId="0E2ABBA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F09E918" w14:textId="3E0CDA9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A3FF851" w14:textId="5A06483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325F08D" w14:textId="21E49A7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18A22BE" w14:textId="0AF2DBB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63C4D7" w14:textId="4984E93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D8342A6" w14:textId="7717076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FA0AC47" w14:textId="7AB118F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1FDEEB1" w14:textId="14E0448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5BAE067" w14:textId="634CD04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D3FC308" w14:textId="24FEF01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9EE2A" w14:textId="2F2B238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DA27615" w14:textId="0B469E1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7A6257CD" w14:textId="77777777" w:rsidTr="00F73B86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FC87284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Seguretat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Social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7DE06EC" w14:textId="645CBA3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BC64D3" w14:textId="3939401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574CB5E" w14:textId="22768E2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CAAB162" w14:textId="0771592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B63ED71" w14:textId="74A5606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398F705" w14:textId="790FF7E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E495508" w14:textId="2DFA5EB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E4FE20E" w14:textId="72FEA48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9A01E3B" w14:textId="7490D31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EB4B3E5" w14:textId="298F2BD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56638B3" w14:textId="364253A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A0312" w14:textId="70A648C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8748D6E" w14:textId="186EE07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740897B9" w14:textId="77777777" w:rsidTr="00F73B86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9CF3F12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Lloguers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EB36916" w14:textId="3EA7E9B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3D338C7" w14:textId="5360ABB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935DE38" w14:textId="2ECEECD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29ADF77" w14:textId="591FAA2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A7B98E4" w14:textId="59742E4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2A559AA" w14:textId="5E7213F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C6DABBF" w14:textId="4763E5C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66281D3" w14:textId="0C8437F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C1B416A" w14:textId="5F3EEFD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CA9371C" w14:textId="014F6E1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2B3D81B" w14:textId="67C1651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7660B8" w14:textId="062F830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06955AC" w14:textId="54601C6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1F567A3A" w14:textId="77777777" w:rsidTr="00F73B86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8B19829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Reparacions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0270B6D" w14:textId="44FBCCA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4EE26B9" w14:textId="1689F15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F503DAF" w14:textId="08393A9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45B1813" w14:textId="05A0E33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5B75EE8" w14:textId="3DDA955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6C0A120" w14:textId="0C308E9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6F24755" w14:textId="74FC400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7A74147" w14:textId="4C730E6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67FF984" w14:textId="164ABE4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69403AF" w14:textId="5326E5C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75E3C66" w14:textId="375857A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FD737" w14:textId="4B3124A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D3041BB" w14:textId="4ABCE1D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8E60956" w14:textId="77777777" w:rsidTr="00F73B86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39BCDFF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Serveis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profess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. indep.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B3AA20E" w14:textId="3ED55E1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367B493" w14:textId="49BEFBF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C873BCD" w14:textId="7AD7F42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0DFD7D" w14:textId="4C26780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2C29255" w14:textId="19AAE52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D748C43" w14:textId="2C0D6A1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B35C7D2" w14:textId="707DFAD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93FA932" w14:textId="47DFD1B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A4A97D7" w14:textId="43E8751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AAFE12E" w14:textId="617AED2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85E85E4" w14:textId="4345A29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43500C" w14:textId="58D6CB6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A62BC7E" w14:textId="0AE6F1C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3BF06046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C0100BC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Transports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D85F3A0" w14:textId="366C9CA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6E03E55" w14:textId="4C1400B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3C40A70" w14:textId="18DF5D8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32D13012" w14:textId="4BE12F4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E2E0406" w14:textId="3B872D4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665D19B8" w14:textId="4C35804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CB082E2" w14:textId="6DEA2FB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3A99E62D" w14:textId="60E28A8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D203087" w14:textId="4DAC2A6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16F27F44" w14:textId="5B25A15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0090D78" w14:textId="3AD3671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656B685" w14:textId="5B933E8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7A4E4F4" w14:textId="1A87820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53B80D6B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FAA2C08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Primes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d'assegurances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E67F724" w14:textId="50B28BF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4580D773" w14:textId="5865B3E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AD63988" w14:textId="3062C67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769FFAF" w14:textId="069C2C7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88297FF" w14:textId="67F03E8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50DC6B0" w14:textId="4E6A880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C8C187E" w14:textId="52B03EE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5946959" w14:textId="36CF886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99A516D" w14:textId="1B6CC50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032911F" w14:textId="1610BE9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EF639E3" w14:textId="223994D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7179B53" w14:textId="4ECCCF4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FAE7B2C" w14:textId="7FC1F47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7ED359AF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6E791D2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Publicitat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CD1F7DD" w14:textId="700168D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E1E9334" w14:textId="5357F29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6021B64" w14:textId="0433D3F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9E19B94" w14:textId="788E3FD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F1A44D9" w14:textId="60AA190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DD008A1" w14:textId="2202CE1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0E7F37C" w14:textId="5803B9F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D74C493" w14:textId="1BCE64F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3A5FDCA" w14:textId="6E8267A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20605AD" w14:textId="407BF56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C1488C7" w14:textId="78C5347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AD00659" w14:textId="68EA1F7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99045D3" w14:textId="6CB14D2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0E774067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D248AF5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Subministraments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DF3A08F" w14:textId="2E4F965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66379B3" w14:textId="57ECB10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1408326" w14:textId="7B50702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2F40859" w14:textId="201C5E0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6F0F303" w14:textId="6A3C231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4A76D4D" w14:textId="09FA813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61915CE" w14:textId="6A6A458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B662E25" w14:textId="39A0D72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A04FEA8" w14:textId="72F199A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CAA5C3B" w14:textId="10A7082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A11E2D" w14:textId="6EB4297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60F568C" w14:textId="5C66CC3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5782D86" w14:textId="0120A50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02D67CAE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FEE7747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Tributs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A6299B0" w14:textId="2FBAD1B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3AEC5EF" w14:textId="1BC6ABD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2EC493A" w14:textId="11C05D4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DC20305" w14:textId="1815A75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6FAC58F" w14:textId="62E5771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D79EAA0" w14:textId="7C4E4CC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92AB05A" w14:textId="3907D39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5BC3754" w14:textId="6B6C691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0A341B1" w14:textId="2CAFB2D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21C1BA3" w14:textId="3CD75A4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B5D0B44" w14:textId="56D8238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B85FB61" w14:textId="485743F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E09A39C" w14:textId="3E47175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062B6A03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979CCFD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Quotes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préstecs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bancaris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BA0571" w14:textId="559FD34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B6F9074" w14:textId="441ADD12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20561CB" w14:textId="7B53421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38596AB" w14:textId="0DA12D4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6F1E382" w14:textId="4B36BA9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8B1AD59" w14:textId="40F9D39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353EEDF" w14:textId="189255FF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5FFBC0E" w14:textId="1E936B9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EDE0CCC" w14:textId="485FCEF5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79DD249" w14:textId="478B5C4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C99351B" w14:textId="52A60E9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C970695" w14:textId="41E6E9D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8E43755" w14:textId="2D0C09F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635E8A6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A8E960F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1F944A" w14:textId="54A325D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588C8BA" w14:textId="6AA19A2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B896C59" w14:textId="32A7CE4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20E77EF" w14:textId="3CC6D36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01BF15A" w14:textId="3FD07FE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B06E855" w14:textId="2F8FEEF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30BC82B" w14:textId="3D4F8AE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60AD171" w14:textId="1A39FA9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811C241" w14:textId="2F0CD45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C560829" w14:textId="11B6DB6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333399"/>
            </w:tcBorders>
            <w:noWrap/>
            <w:vAlign w:val="bottom"/>
          </w:tcPr>
          <w:p w14:paraId="1B83F0DA" w14:textId="6F9A68E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B9A83" w14:textId="19871E1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B2359B9" w14:textId="6F793F8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6CA34096" w14:textId="77777777" w:rsidTr="00F73B86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D2AE4FE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Liquidació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IVA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19FE96B" w14:textId="49A706C5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ECAA589" w14:textId="6614DE7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F3D2F64" w14:textId="19F1A35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94FF920" w14:textId="59D9F75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C152CC0" w14:textId="491F891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3627958" w14:textId="3AF0F62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3D61CA2" w14:textId="5ADBBD1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8152979" w14:textId="0D99A85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EE4F0C2" w14:textId="1FF8246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FF5083B" w14:textId="282148F2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649C3C1" w14:textId="69276A2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6E7BAED" w14:textId="1AB33C9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2FADAA9" w14:textId="11EF0C3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4790ED3C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DF1A75D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Liquidació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IRPF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AAE88B4" w14:textId="7902E7C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4BF4D24" w14:textId="512E51BF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9FF1932" w14:textId="28BF626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A767911" w14:textId="2B02E2B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E0F5C37" w14:textId="0FA0E8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E51780E" w14:textId="72E9D51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6779544" w14:textId="0E15BC6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4A625EC" w14:textId="70EEA3F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509AEDF" w14:textId="4A8BD17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F865636" w14:textId="61DBDBC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FA62E1C" w14:textId="003A911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543AF80" w14:textId="6104624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0B0BEB4" w14:textId="27BB8C5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17937989" w14:textId="77777777" w:rsidTr="00F73B86">
        <w:trPr>
          <w:trHeight w:val="270"/>
        </w:trPr>
        <w:tc>
          <w:tcPr>
            <w:tcW w:w="2521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1DE9FBBA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 EXTRAORDINARIS</w:t>
            </w:r>
          </w:p>
        </w:tc>
        <w:tc>
          <w:tcPr>
            <w:tcW w:w="98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46ADBBF" w14:textId="42970F9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27D0BAD" w14:textId="5C72FE6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235A4CC" w14:textId="5B6212A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EFFDB63" w14:textId="7D8466A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8903511" w14:textId="76CBA4F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F508752" w14:textId="5503331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F642CD5" w14:textId="0DD5900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118AB44" w14:textId="3D33F89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A6F18E8" w14:textId="1D82C7B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31B67E2" w14:textId="640E8EA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D6CF649" w14:textId="362C7EF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8" w:space="0" w:color="333399"/>
              <w:right w:val="nil"/>
            </w:tcBorders>
            <w:shd w:val="clear" w:color="000000" w:fill="99CCFF"/>
            <w:noWrap/>
            <w:vAlign w:val="bottom"/>
          </w:tcPr>
          <w:p w14:paraId="7831164C" w14:textId="7020D23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0E316244" w14:textId="7F836E0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5E40D6B4" w14:textId="77777777" w:rsidTr="00F73B86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0FAA4467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inversions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20EEFC6" w14:textId="3B12451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21135ED" w14:textId="18B6E23F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94EAB60" w14:textId="2A1C3F5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A115964" w14:textId="587F6395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69F312A" w14:textId="2C0BB72F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42DD7F3" w14:textId="0F3980B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DC247E4" w14:textId="3F6E8D8F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14CBBA9" w14:textId="1C107BE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7C82752" w14:textId="2914BFD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4996854" w14:textId="2463F0A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C443BCC" w14:textId="0014433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706C8" w14:textId="5737506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88C024B" w14:textId="383EAB1D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651F6C0E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1264E67D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PAGAMENTS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3EB06B4" w14:textId="3D3F55B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A6CF132" w14:textId="417B963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06DE1C8" w14:textId="5068045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27B8E9A" w14:textId="3296708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91A4E5C" w14:textId="1F12E2E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13D03E7" w14:textId="7B203EB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CCB95A6" w14:textId="4AB0C91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938EE41" w14:textId="0AE33D3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818EB4A" w14:textId="673582A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F0727C9" w14:textId="37FC5AD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08E22D0" w14:textId="29BC4DA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37DA4268" w14:textId="4C56670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B325623" w14:textId="46F1FBD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07CE09E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01815225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59390EFC" w14:textId="7A924EC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7D00C691" w14:textId="442FD885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21CE98FF" w14:textId="17160E5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0DD02CE8" w14:textId="799653B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06577197" w14:textId="6C72579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63AD4EE6" w14:textId="23220DA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0AB8AB5E" w14:textId="795A956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6992F882" w14:textId="741233D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46547861" w14:textId="70FEA52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319B0352" w14:textId="3FF68FFD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22DB31B7" w14:textId="30AB8ABF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E0EF38D" w14:textId="41C7FFC2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2394C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7AC7CEE2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71C1D63A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SALDO MES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4445E31" w14:textId="211475C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DDE3FAA" w14:textId="4816785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23D29A3" w14:textId="19C2251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F7313A0" w14:textId="40D3D5E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CC4D0EC" w14:textId="19E6A85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58FA182" w14:textId="7B12C39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233E5C6" w14:textId="747301A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C02A5FC" w14:textId="2A4000F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CA69235" w14:textId="5D553E3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D43D70B" w14:textId="4143B3C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E9D8808" w14:textId="31811D0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C7855E1" w14:textId="59E496F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34A57" w14:textId="7777777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CD4CABD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5E58A7CA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SALDO ANTERIOR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A29DB9C" w14:textId="37921E6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2DAA061" w14:textId="3245B73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8475F44" w14:textId="062AC7F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51E65C3" w14:textId="2A5125F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A329AD7" w14:textId="5878B8A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26B225F" w14:textId="2A3543D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3123827" w14:textId="03107A6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011F5D" w14:textId="032023F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F1D128B" w14:textId="5041B09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95D3D94" w14:textId="55E86A4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91043DC" w14:textId="3145981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0083ABF" w14:textId="28F7460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27379" w14:textId="7777777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7B50F7C1" w14:textId="77777777" w:rsidTr="00F73B86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7A729012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SALDO ACUMULAT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80DF375" w14:textId="51B96EC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A419F27" w14:textId="205E038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283783A" w14:textId="22B1F70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8A839D7" w14:textId="2110F5C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8BFAED2" w14:textId="713889F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CA26D3A" w14:textId="140A7BB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E453A16" w14:textId="1D2448D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0D24D0A" w14:textId="02233E9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EE23374" w14:textId="2EF82EA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6DCB32C" w14:textId="44954EA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BD26424" w14:textId="6B8E13A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158AC05" w14:textId="7BA45CE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C07B8" w14:textId="7777777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</w:tbl>
    <w:p w14:paraId="141AA23F" w14:textId="77777777" w:rsidR="00EF6096" w:rsidRDefault="00EF6096">
      <w:pPr>
        <w:rPr>
          <w:lang w:val="ca-ES"/>
        </w:rPr>
      </w:pPr>
    </w:p>
    <w:tbl>
      <w:tblPr>
        <w:tblpPr w:leftFromText="141" w:rightFromText="141" w:vertAnchor="text" w:horzAnchor="margin" w:tblpXSpec="center" w:tblpY="-1272"/>
        <w:tblW w:w="147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1"/>
        <w:gridCol w:w="980"/>
        <w:gridCol w:w="920"/>
        <w:gridCol w:w="920"/>
        <w:gridCol w:w="860"/>
        <w:gridCol w:w="880"/>
        <w:gridCol w:w="900"/>
        <w:gridCol w:w="940"/>
        <w:gridCol w:w="900"/>
        <w:gridCol w:w="940"/>
        <w:gridCol w:w="1000"/>
        <w:gridCol w:w="960"/>
        <w:gridCol w:w="1000"/>
        <w:gridCol w:w="1000"/>
      </w:tblGrid>
      <w:tr w:rsidR="00EF6096" w:rsidRPr="004270D8" w14:paraId="756069E6" w14:textId="77777777" w:rsidTr="00110555">
        <w:trPr>
          <w:trHeight w:val="375"/>
        </w:trPr>
        <w:tc>
          <w:tcPr>
            <w:tcW w:w="2521" w:type="dxa"/>
            <w:tcBorders>
              <w:top w:val="single" w:sz="4" w:space="0" w:color="auto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1299D959" w14:textId="3B07322A" w:rsidR="00EF6096" w:rsidRPr="00110555" w:rsidRDefault="00110555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</w:pPr>
            <w:r w:rsidRPr="00110555">
              <w:rPr>
                <w:rFonts w:ascii="Arial" w:eastAsia="Times New Roman" w:hAnsi="Arial" w:cs="Arial"/>
                <w:b/>
                <w:bCs/>
                <w:sz w:val="22"/>
                <w:lang w:val="es-ES" w:eastAsia="es-ES"/>
              </w:rPr>
              <w:lastRenderedPageBreak/>
              <w:t>TRESORERIA ANY 3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333E361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Gener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8A6D4FB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Febrer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63458BBB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Març</w:t>
            </w:r>
            <w:proofErr w:type="spellEnd"/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7E0E6A02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Abril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0A05D035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Maig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C112FF0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Juny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A68C3E2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Juliol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002F89B3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Agost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AC24E47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Setem</w:t>
            </w:r>
            <w:proofErr w:type="spell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4B41C0C0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Octubre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48C6E80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Novem.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14:paraId="0A77FBCC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Desem</w:t>
            </w:r>
            <w:proofErr w:type="spell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14:paraId="380365AD" w14:textId="77777777" w:rsidR="00EF6096" w:rsidRPr="004270D8" w:rsidRDefault="00EF6096" w:rsidP="00DE0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TOTAL </w:t>
            </w:r>
          </w:p>
        </w:tc>
      </w:tr>
      <w:tr w:rsidR="00EF6096" w:rsidRPr="004270D8" w14:paraId="116FAB5B" w14:textId="77777777" w:rsidTr="00417D85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38C280D3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COBRAMENTS ORDINARIS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8D4E7B6" w14:textId="1BA13ED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AC9E86A" w14:textId="49534C4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EE6064B" w14:textId="611DA51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98C58A5" w14:textId="059285A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8316CE8" w14:textId="58E5DE6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B2BFE9C" w14:textId="62DD251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1D389F3" w14:textId="1BCEAD5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B6022F7" w14:textId="4D50475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22A48F5" w14:textId="51C6A90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B3D8FB4" w14:textId="59B3621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3BEEF25" w14:textId="7941505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shd w:val="clear" w:color="000000" w:fill="99CCFF"/>
            <w:noWrap/>
            <w:vAlign w:val="bottom"/>
          </w:tcPr>
          <w:p w14:paraId="4EE91091" w14:textId="74DDBA4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5E2D785F" w14:textId="70D34A7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36F496BA" w14:textId="77777777" w:rsidTr="00417D85">
        <w:trPr>
          <w:trHeight w:val="270"/>
        </w:trPr>
        <w:tc>
          <w:tcPr>
            <w:tcW w:w="2521" w:type="dxa"/>
            <w:tcBorders>
              <w:top w:val="single" w:sz="8" w:space="0" w:color="333399"/>
              <w:left w:val="single" w:sz="8" w:space="0" w:color="333399"/>
              <w:bottom w:val="single" w:sz="4" w:space="0" w:color="auto"/>
              <w:right w:val="single" w:sz="8" w:space="0" w:color="333399"/>
            </w:tcBorders>
            <w:noWrap/>
            <w:vAlign w:val="bottom"/>
            <w:hideMark/>
          </w:tcPr>
          <w:p w14:paraId="040D898B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Clients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</w:p>
        </w:tc>
        <w:tc>
          <w:tcPr>
            <w:tcW w:w="98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166257EA" w14:textId="37C0977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5D36B3F" w14:textId="4835170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AC6356B" w14:textId="767A2D9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0FC0212" w14:textId="6979889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EE828DC" w14:textId="0C4FB90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B743BDE" w14:textId="3BC4E9F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529731D" w14:textId="3C58F53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231F39B" w14:textId="17F5660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15B5381" w14:textId="3CF1812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79F5FAA" w14:textId="02A2DC7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825FADC" w14:textId="1E717BB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5BEAA" w14:textId="2BBD765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1403316" w14:textId="13F4A72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66804758" w14:textId="77777777" w:rsidTr="00417D85">
        <w:trPr>
          <w:trHeight w:val="270"/>
        </w:trPr>
        <w:tc>
          <w:tcPr>
            <w:tcW w:w="2521" w:type="dxa"/>
            <w:tcBorders>
              <w:top w:val="single" w:sz="4" w:space="0" w:color="auto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60473F33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cobraments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28507B5E" w14:textId="45524F1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329997F2" w14:textId="6A3318F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4966EDBD" w14:textId="31BAE6C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0CBB48CD" w14:textId="0C4E450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07E48B7C" w14:textId="1CD0AB7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65C7D190" w14:textId="1833F87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3DBF6006" w14:textId="7AB8A23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71D3906E" w14:textId="4A31FCB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5C58CC63" w14:textId="3E331ED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55A5D8B1" w14:textId="3AB7F4B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single" w:sz="8" w:space="0" w:color="333399"/>
              <w:left w:val="nil"/>
              <w:bottom w:val="single" w:sz="4" w:space="0" w:color="auto"/>
              <w:right w:val="single" w:sz="8" w:space="0" w:color="333399"/>
            </w:tcBorders>
            <w:noWrap/>
            <w:vAlign w:val="bottom"/>
          </w:tcPr>
          <w:p w14:paraId="5676D943" w14:textId="2BB786B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79CCD0" w14:textId="04221CC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3B3097F" w14:textId="727EC39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1F60AD3" w14:textId="77777777" w:rsidTr="00CA41A3">
        <w:trPr>
          <w:trHeight w:val="270"/>
        </w:trPr>
        <w:tc>
          <w:tcPr>
            <w:tcW w:w="2521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623DDE9F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COBRAMENTS EXTRAORDINARIS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A9269ED" w14:textId="52DBF4F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DF6A614" w14:textId="2BAACF3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A4E2634" w14:textId="1C7ABCD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31C8A09" w14:textId="0BE2F26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8E83962" w14:textId="4051597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FEE54B1" w14:textId="415DA35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5341763" w14:textId="5B39542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A72325D" w14:textId="69B4E16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A030E4D" w14:textId="6F78006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24864C2" w14:textId="5200458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E4E3693" w14:textId="730CED8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shd w:val="clear" w:color="000000" w:fill="99CCFF"/>
            <w:noWrap/>
            <w:vAlign w:val="bottom"/>
          </w:tcPr>
          <w:p w14:paraId="299085E9" w14:textId="0145EFC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286E13B0" w14:textId="01B1138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8F978F9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70A09DB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Aportació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dels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socis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7290228" w14:textId="4B43A97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448C13" w14:textId="3E9DEAC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FBEA30B" w14:textId="1246BBC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F81DDA5" w14:textId="74699A0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420FE80" w14:textId="6EF97E2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0D03C34" w14:textId="4ADF2E2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FA29092" w14:textId="27ED04D5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A9130A5" w14:textId="7C56C5B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F03EA4E" w14:textId="6D33EEA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4408D4C" w14:textId="2F83C54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B798A15" w14:textId="4E65B955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30991" w14:textId="4D804F0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F82D386" w14:textId="5B51002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5FF5D836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05A2B244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Préstecs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crèdits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financers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9D8AF5" w14:textId="48E4CCC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FE8B1F2" w14:textId="5C6C7C2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CFF5BB2" w14:textId="77BE5915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B6D79C8" w14:textId="7A99C242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1E5B762" w14:textId="032341A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4B9209E" w14:textId="595092F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D25042C" w14:textId="3689A375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01DDD5C" w14:textId="4246F09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4C1CFF1" w14:textId="6FC3B6C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A5308E6" w14:textId="26ED11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E8929CE" w14:textId="427F40FD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6F15C443" w14:textId="19C555F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31172511" w14:textId="7DC8C1F2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6CBB1D23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7574840E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COBRAMENTS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1FAF145" w14:textId="197026E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30691FF" w14:textId="0DDAAEC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E1BCABE" w14:textId="1801886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B3D8C1A" w14:textId="5DE0E6C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3349A4F" w14:textId="5B4AC12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410B2DF" w14:textId="2D095D3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FAAFD9D" w14:textId="04D2FB8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DD03964" w14:textId="326FC48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836847F" w14:textId="52BCDCC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E85EDCE" w14:textId="4795A3E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300C05E" w14:textId="720BBE6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3EE0A965" w14:textId="4775174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4BCF59F6" w14:textId="0C91910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4089C753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159C1B2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B68BEC7" w14:textId="046E1362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C6BAE77" w14:textId="1D41E80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A10BA5D" w14:textId="1D45E3D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ECA3EEE" w14:textId="7200A1A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FDCEC53" w14:textId="7C3E02D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9633160" w14:textId="358CF92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D6A0837" w14:textId="2ABD26F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7CA05BC" w14:textId="02DB1B9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C4B02BF" w14:textId="76179C7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4B52033" w14:textId="32AEC71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3A0EA98" w14:textId="0BB4D07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3F54872F" w14:textId="3A7DEB3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noWrap/>
            <w:vAlign w:val="bottom"/>
          </w:tcPr>
          <w:p w14:paraId="28D2F83B" w14:textId="7E91CD4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48B196D3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00B09778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PAGAMENTS ORDINARIS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1AF81AE" w14:textId="73AC16C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50EB4B3" w14:textId="0F1A012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036F6C0" w14:textId="62631B4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07A52365" w14:textId="365B29E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54B8A51" w14:textId="36CB752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1E064136" w14:textId="1C7E5D3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1006ACA" w14:textId="68ABA8F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80DADBC" w14:textId="226A723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FCEE3EE" w14:textId="5A379C0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3F0B0B1C" w14:textId="5CF9121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5B60F82" w14:textId="727065A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47DBC00" w14:textId="6E9C04C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76A23AAB" w14:textId="0DEA3FB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5F21C9B6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FF3FB49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Proveïdors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DFC092B" w14:textId="48E0431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8F894CF" w14:textId="37801CD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371890A" w14:textId="48F69A0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5A3152F" w14:textId="3A6828E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C7069A9" w14:textId="4DE3E22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F92846F" w14:textId="544A9FD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2EF82E5" w14:textId="228E9DD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97D6CAD" w14:textId="1EE3C1C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BBEE863" w14:textId="4BD0A8A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5E5F900" w14:textId="7363842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28E6971" w14:textId="0C38A01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C6FD203" w14:textId="75E5CEB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8D8C59B" w14:textId="2BF1CA2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0E941CAA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E44355E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Comissions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9C0205B" w14:textId="5FF9CF2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AA6084B" w14:textId="0DADCF6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E98F8CB" w14:textId="57FFDC2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D8D4B88" w14:textId="13B3138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0975456" w14:textId="77FBD8A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88B15FF" w14:textId="1E7B370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AD7BEAB" w14:textId="47C2FD4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1BA5BB1" w14:textId="3C2A8F2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55C90A2" w14:textId="6A1ED6FD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B256FF2" w14:textId="1356203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6444944" w14:textId="774453F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B91F0" w14:textId="03F55ED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ADA9507" w14:textId="5E79DBE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3A52FCB9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631C678B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personal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3BD2BC4" w14:textId="5D6B380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B44EA1A" w14:textId="6E0553C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DD5B080" w14:textId="08BA4C1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9E0FC29" w14:textId="3A2DC3B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7368CAE" w14:textId="6E331EB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2BFDC9B" w14:textId="7E1B08F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57F07A3" w14:textId="6962607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554F68C" w14:textId="194AE5E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78315ED" w14:textId="179DBC3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AED005D" w14:textId="4DBAF03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133AC67" w14:textId="26EF848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9C33B" w14:textId="0F1B574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273AA24" w14:textId="0D8DAC6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5D11123C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CB6104A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Seguretat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Social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F9B9A83" w14:textId="021A36A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F834CD5" w14:textId="09C5BE1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B277EE4" w14:textId="5CCEEF7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53BBFCD" w14:textId="5C20439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03A068C" w14:textId="742C21F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D19F1FD" w14:textId="79B6C83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7655B8B" w14:textId="57447E8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67594E0" w14:textId="3E2CC9B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7DD23C1" w14:textId="48173A8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9B15670" w14:textId="574D35D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34DF0C9" w14:textId="4676D16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B30A7" w14:textId="4D6212C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E264425" w14:textId="75515CC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0C4B8978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2F57CFB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Lloguers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EC8ACAF" w14:textId="151D9FB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3958706" w14:textId="11340E8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A69B5AB" w14:textId="30503CA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46B1558" w14:textId="71C1BBD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B1EC1F5" w14:textId="36A4F7C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603D0E8" w14:textId="52B2F67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B724CB1" w14:textId="4CD2EBF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AF4F82C" w14:textId="55D7A49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2E1699B" w14:textId="5F83942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C9D2CEF" w14:textId="7A60680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4D1AD8E" w14:textId="4A6AB2F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C0D9B" w14:textId="3343C85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2A2D82A" w14:textId="42AE496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37B9244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8E57BA3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Reparacions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6C4FB27" w14:textId="2CF317F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DE3BFF6" w14:textId="448E94E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548346E" w14:textId="21408DD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E1047BC" w14:textId="516EC32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19CE717" w14:textId="1D1F363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5A377E" w14:textId="36E57DF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F0FCA52" w14:textId="0AF011B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BD174B3" w14:textId="4C80F97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D76A062" w14:textId="6B984AF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AF3D9FE" w14:textId="69BBFAF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7FED200" w14:textId="54F8D97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AEC9E" w14:textId="2C04F35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4E44017" w14:textId="2C8601E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39BFF3A0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6A7015C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Serveis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profess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. indep.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FEC0B46" w14:textId="40FC6DD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D7968FF" w14:textId="70F9FA1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5BE0668" w14:textId="050A235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608A2B7" w14:textId="71487DA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45725A4" w14:textId="336CD58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E4BD247" w14:textId="37B8464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DCED57E" w14:textId="53567AF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2E12B9A" w14:textId="032F943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3526AEB" w14:textId="4B57D26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BDC8726" w14:textId="58E103B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6399C1D" w14:textId="6E05357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6E02C" w14:textId="2C30FA7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D72D771" w14:textId="04EA50F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65654E8" w14:textId="77777777" w:rsidTr="00417D85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3F2186B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Transports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99F8BCD" w14:textId="49911D9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08C30387" w14:textId="449CAC7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C6B1388" w14:textId="2D76E0D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72D918CD" w14:textId="0E5351D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D996CDB" w14:textId="45349C0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51F1D51D" w14:textId="53537EC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589A548" w14:textId="3B309F1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C969CA3" w14:textId="08EB052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903FF1E" w14:textId="12CE219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95EFCF0" w14:textId="3A05FD2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C1A5144" w14:textId="5C54BDE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AC5B84" w14:textId="65C89DA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73FD189" w14:textId="2F0ECC8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4A08850F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903FD7B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Primes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d'assegurances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20302D" w14:textId="42A57A4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2E4F5AE" w14:textId="4F9FDB1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right w:val="single" w:sz="8" w:space="0" w:color="333399"/>
            </w:tcBorders>
            <w:noWrap/>
            <w:vAlign w:val="bottom"/>
          </w:tcPr>
          <w:p w14:paraId="14B1EB0E" w14:textId="27B115D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8933F92" w14:textId="35A5761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right w:val="single" w:sz="8" w:space="0" w:color="333399"/>
            </w:tcBorders>
            <w:noWrap/>
            <w:vAlign w:val="bottom"/>
          </w:tcPr>
          <w:p w14:paraId="13FA8275" w14:textId="3E4D46E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C6B81BF" w14:textId="349E772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right w:val="single" w:sz="8" w:space="0" w:color="333399"/>
            </w:tcBorders>
            <w:noWrap/>
            <w:vAlign w:val="bottom"/>
          </w:tcPr>
          <w:p w14:paraId="135D3B8E" w14:textId="531DADB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7AC26EC7" w14:textId="7BC1C13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1020D157" w14:textId="04B7018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560BB29F" w14:textId="0A5547F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single" w:sz="8" w:space="0" w:color="333399"/>
            </w:tcBorders>
            <w:noWrap/>
            <w:vAlign w:val="bottom"/>
          </w:tcPr>
          <w:p w14:paraId="19D06A8F" w14:textId="35D6BE7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4BFE5" w14:textId="388733B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492AD20" w14:textId="5F28BA7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4BAD2E39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3E56186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Publicitat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1DB19AF" w14:textId="1589AFA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D753DC4" w14:textId="6995091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5CF7752" w14:textId="0618342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3216CF1" w14:textId="28D4C86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45D1F9C" w14:textId="6D31C16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3927725" w14:textId="3D7283A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4F18741" w14:textId="4719A24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0DEA707" w14:textId="0E14980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8BA65EC" w14:textId="36FC74A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1E4F949" w14:textId="04366CE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83C2FC5" w14:textId="4AB7B20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80198FE" w14:textId="6556B70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0572EDA" w14:textId="61506C4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46B146A7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4DD3100E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Subministraments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51BD0A3" w14:textId="0E27A30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71FD81B" w14:textId="2B3AE9C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BB243F2" w14:textId="2CB4B2C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0E58756" w14:textId="20CE7D9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085C1C9" w14:textId="1F4E7AE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6682A2A" w14:textId="78CE598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52667B1" w14:textId="6DCD51F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D64FAB8" w14:textId="7952853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5F343C8" w14:textId="30E26BE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07C0873" w14:textId="76FBB1D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15D17D8" w14:textId="40401F4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B687ACF" w14:textId="43376C3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23C19A9" w14:textId="5E24C21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09F6E3A1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9F061D7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Tributs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5E64189" w14:textId="49FCAFF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D6CE2BC" w14:textId="5F47365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5432874" w14:textId="3FCE0FF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C73C207" w14:textId="50469BA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FE78938" w14:textId="394968C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087FACA" w14:textId="5F4D733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BAD023B" w14:textId="256CF05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73B6C06" w14:textId="2C1E674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DABECCF" w14:textId="3B11921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7A897BE" w14:textId="3209BFD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9D22600" w14:textId="602CCEE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E087689" w14:textId="7E99750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5B849E1" w14:textId="21A629A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754D82B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5F875561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Quotes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préstecs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bancaris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5E3456D" w14:textId="1FD437E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AEB429C" w14:textId="129601E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67369D" w14:textId="6684E01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8A6D3A4" w14:textId="6B779B12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31213AC" w14:textId="3503BD0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7895FD7" w14:textId="7BD8536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C2E70FB" w14:textId="74E121BD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CB117A9" w14:textId="3ED10CB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0E59D5E" w14:textId="3548A43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3D2D2FF" w14:textId="4AFF0AA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9F57526" w14:textId="165160E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89C1DF4" w14:textId="2784377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835E9BD" w14:textId="7DF7D3C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34F764DA" w14:textId="77777777" w:rsidTr="007A2018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7CF5C1A9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Altres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B135AA4" w14:textId="7CB5E4C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089354C" w14:textId="0FC4672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ACE77DB" w14:textId="3FF4072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DD8DED4" w14:textId="2C6BD5C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8" w:space="0" w:color="333399"/>
            </w:tcBorders>
            <w:noWrap/>
            <w:vAlign w:val="bottom"/>
          </w:tcPr>
          <w:p w14:paraId="03E955CB" w14:textId="216EA2E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98CFA14" w14:textId="11EF391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single" w:sz="8" w:space="0" w:color="333399"/>
            </w:tcBorders>
            <w:noWrap/>
            <w:vAlign w:val="bottom"/>
          </w:tcPr>
          <w:p w14:paraId="2062A6FC" w14:textId="0E87FC8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3ACE399" w14:textId="196D3B4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AA41417" w14:textId="6B0E29F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3A36FFA" w14:textId="4158144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0B9772" w14:textId="72D06FA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7BDD125" w14:textId="23DD108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80D6562" w14:textId="2B70DD0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7C0F1997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11E4C99A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Liquidació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IVA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116DA96" w14:textId="4FC5C6AB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4CC6477" w14:textId="529F993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036F702" w14:textId="0E684EB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7AED007" w14:textId="2F9F540D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86FA79D" w14:textId="18E8A21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E7DEA4F" w14:textId="7895764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F929BFB" w14:textId="32E7903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676F0BC" w14:textId="646C899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BFE1C37" w14:textId="2D06440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E8D1B23" w14:textId="1CB6D49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656C72F" w14:textId="6378649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A243C20" w14:textId="506F937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B2380C0" w14:textId="6917C864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551DD30A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6A55BFDF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Liquidació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IRPF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6AEBE54" w14:textId="433472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8C88112" w14:textId="45B4C69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F0C6063" w14:textId="4DD028A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8DA8F6F" w14:textId="6365A74D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3BD4428" w14:textId="1972C7BF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EEC7A2A" w14:textId="3A74447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117699C" w14:textId="25E0C1B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A3B6308" w14:textId="19351E8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353102F" w14:textId="196029E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14A0B298" w14:textId="6B46E23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3F02AB0" w14:textId="0EFBC1CF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FA287FD" w14:textId="1032FC0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947DE08" w14:textId="7163795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679CB92" w14:textId="77777777" w:rsidTr="00CA41A3">
        <w:trPr>
          <w:trHeight w:val="270"/>
        </w:trPr>
        <w:tc>
          <w:tcPr>
            <w:tcW w:w="2521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  <w:hideMark/>
          </w:tcPr>
          <w:p w14:paraId="74360377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 EXTRAORDINARIS</w:t>
            </w:r>
          </w:p>
        </w:tc>
        <w:tc>
          <w:tcPr>
            <w:tcW w:w="98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72FEE74" w14:textId="1E7CB07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4DBCCA7" w14:textId="01330CB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F470DD0" w14:textId="39D37B6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43E9DB06" w14:textId="453C6AA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D8455AF" w14:textId="01F23DE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58D818FA" w14:textId="14BBC14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75431924" w14:textId="17A7A04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A28709E" w14:textId="15E5457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C751EA9" w14:textId="50B39EF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64261B40" w14:textId="22346FD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single" w:sz="8" w:space="0" w:color="333399"/>
              <w:left w:val="nil"/>
              <w:bottom w:val="single" w:sz="8" w:space="0" w:color="333399"/>
              <w:right w:val="single" w:sz="8" w:space="0" w:color="333399"/>
            </w:tcBorders>
            <w:shd w:val="clear" w:color="000000" w:fill="99CCFF"/>
            <w:noWrap/>
            <w:vAlign w:val="bottom"/>
          </w:tcPr>
          <w:p w14:paraId="24F048C8" w14:textId="250A964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nil"/>
              <w:bottom w:val="single" w:sz="8" w:space="0" w:color="333399"/>
              <w:right w:val="nil"/>
            </w:tcBorders>
            <w:shd w:val="clear" w:color="000000" w:fill="99CCFF"/>
            <w:noWrap/>
            <w:vAlign w:val="bottom"/>
          </w:tcPr>
          <w:p w14:paraId="3124F507" w14:textId="0DE854D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shd w:val="clear" w:color="000000" w:fill="99CCFF"/>
            <w:noWrap/>
            <w:vAlign w:val="bottom"/>
          </w:tcPr>
          <w:p w14:paraId="71D8D53F" w14:textId="4E181B9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29E41E69" w14:textId="77777777" w:rsidTr="00CA41A3">
        <w:trPr>
          <w:trHeight w:val="255"/>
        </w:trPr>
        <w:tc>
          <w:tcPr>
            <w:tcW w:w="2521" w:type="dxa"/>
            <w:tcBorders>
              <w:top w:val="nil"/>
              <w:left w:val="single" w:sz="8" w:space="0" w:color="333399"/>
              <w:bottom w:val="nil"/>
              <w:right w:val="single" w:sz="8" w:space="0" w:color="333399"/>
            </w:tcBorders>
            <w:noWrap/>
            <w:vAlign w:val="bottom"/>
            <w:hideMark/>
          </w:tcPr>
          <w:p w14:paraId="29837948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Pagaments</w:t>
            </w:r>
            <w:proofErr w:type="spellEnd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inversions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3D07F72" w14:textId="32DA5FC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60B60C68" w14:textId="10DABEE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4306E35F" w14:textId="072E28A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A4D9B6F" w14:textId="4A7BB72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E50EF0F" w14:textId="6BA8EC3C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51EFBE22" w14:textId="5F877BE5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755DF437" w14:textId="393C75FF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06EE854" w14:textId="7B09923F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29D3AC38" w14:textId="490FB7C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3882A1AF" w14:textId="5B04251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333399"/>
            </w:tcBorders>
            <w:noWrap/>
            <w:vAlign w:val="bottom"/>
          </w:tcPr>
          <w:p w14:paraId="0681790A" w14:textId="1A5C1E5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0D2C88" w14:textId="267CBC9A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4722438" w14:textId="3089833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78D386C8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4A55198C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proofErr w:type="gramStart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TOTAL</w:t>
            </w:r>
            <w:proofErr w:type="gramEnd"/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 PAGAMENTS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DC1EECB" w14:textId="2FBDB4C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3F2C0E7" w14:textId="39CAAF8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2DF51FC" w14:textId="20B0CD8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C58F1E2" w14:textId="2D33362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B4453EE" w14:textId="6357751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754896E" w14:textId="593F100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129351B" w14:textId="1BD5197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4E6EEE7" w14:textId="2B2DEC75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A67E032" w14:textId="1ECCA04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E10C010" w14:textId="567D44F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3A4D22C" w14:textId="35FA182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551FA9D7" w14:textId="66145B29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C37E5D" w14:textId="1885F4F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1DBEE3F0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nil"/>
            </w:tcBorders>
            <w:noWrap/>
            <w:vAlign w:val="bottom"/>
            <w:hideMark/>
          </w:tcPr>
          <w:p w14:paraId="65E68E0E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58E4A266" w14:textId="72F160E1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563711CC" w14:textId="42B69EA8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19B2AAC9" w14:textId="41B7C96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764E952B" w14:textId="2B9D043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3FBD7CA5" w14:textId="6B4AB20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6363A0AD" w14:textId="71FBFDF6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00180BC8" w14:textId="77FAF7A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35889F98" w14:textId="19915873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555F5CF1" w14:textId="0B10AB8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467D5F0B" w14:textId="5C2B7ABE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nil"/>
            </w:tcBorders>
            <w:noWrap/>
            <w:vAlign w:val="bottom"/>
          </w:tcPr>
          <w:p w14:paraId="52B40C80" w14:textId="45AEC0E9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0506CBB" w14:textId="1BCDEAA0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820CC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466CB5EA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3F3B4002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SALDO MES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F13740D" w14:textId="41BE52F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8580313" w14:textId="57B123F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37A960B" w14:textId="63809A6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0DAE8EF" w14:textId="4E4C630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926D07E" w14:textId="0FA1D3F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1197068" w14:textId="1C6FFF4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7FA03AD" w14:textId="4E8D43D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D6BB8AB" w14:textId="7818129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8987A7F" w14:textId="45A222A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CA03612" w14:textId="5213334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9474BDF" w14:textId="7C227C9B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F368341" w14:textId="311E8D6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614E8" w14:textId="7777777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3B37AA4A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538B9D3C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SALDO ANTERIOR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E1BEEB9" w14:textId="416DC1A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0A20694" w14:textId="755E65A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2E3074C" w14:textId="74C64553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A9BDCE8" w14:textId="165923F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08767D9C" w14:textId="6277508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4BD8E88" w14:textId="74EDD0FC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711CE79" w14:textId="54DE72F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12AD458" w14:textId="1F3BD17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3210C63" w14:textId="689B0C8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5E4F254" w14:textId="43C145A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B315B7A" w14:textId="2E3509A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F8F44CB" w14:textId="3D818E1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EE1C3" w14:textId="7777777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F6096" w:rsidRPr="004270D8" w14:paraId="0FFFB964" w14:textId="77777777" w:rsidTr="00CA41A3">
        <w:trPr>
          <w:trHeight w:val="270"/>
        </w:trPr>
        <w:tc>
          <w:tcPr>
            <w:tcW w:w="2521" w:type="dxa"/>
            <w:tcBorders>
              <w:top w:val="nil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noWrap/>
            <w:vAlign w:val="bottom"/>
            <w:hideMark/>
          </w:tcPr>
          <w:p w14:paraId="618CB86A" w14:textId="77777777" w:rsidR="00EF6096" w:rsidRPr="004270D8" w:rsidRDefault="00EF6096" w:rsidP="00DE0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4270D8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SALDO ACUMULAT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E8BAB0C" w14:textId="3E2327A6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7F2DE4D1" w14:textId="30BF837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EB010B3" w14:textId="2A62F0E0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637D76B8" w14:textId="171C0E72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F406CEC" w14:textId="747DBF2D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459F9225" w14:textId="47932EF8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5B66B50" w14:textId="2F616CAE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123F95AF" w14:textId="0E781244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C5E2834" w14:textId="59D2FE71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33390D43" w14:textId="3682FA8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2EBE89EC" w14:textId="0213391F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333399"/>
              <w:right w:val="single" w:sz="8" w:space="0" w:color="333399"/>
            </w:tcBorders>
            <w:noWrap/>
            <w:vAlign w:val="bottom"/>
          </w:tcPr>
          <w:p w14:paraId="5EBE009E" w14:textId="2AAB20BA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9E17" w14:textId="77777777" w:rsidR="00EF6096" w:rsidRPr="004270D8" w:rsidRDefault="00EF6096" w:rsidP="00DE087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</w:tbl>
    <w:p w14:paraId="0B600EB4" w14:textId="77777777" w:rsidR="00EF6096" w:rsidRDefault="00EF6096">
      <w:pPr>
        <w:rPr>
          <w:lang w:val="ca-ES"/>
        </w:rPr>
      </w:pPr>
    </w:p>
    <w:p w14:paraId="56F7120B" w14:textId="77777777" w:rsidR="005F779C" w:rsidRDefault="005F779C">
      <w:pPr>
        <w:pStyle w:val="Ttulo2"/>
        <w:rPr>
          <w:lang w:val="ca-ES"/>
        </w:rPr>
      </w:pPr>
    </w:p>
    <w:p w14:paraId="5F7C12E6" w14:textId="77777777" w:rsidR="005F779C" w:rsidRDefault="005F779C">
      <w:pPr>
        <w:pStyle w:val="Ttulo2"/>
        <w:rPr>
          <w:lang w:val="ca-ES"/>
        </w:rPr>
        <w:sectPr w:rsidR="005F779C" w:rsidSect="00BE6860">
          <w:pgSz w:w="15840" w:h="12240" w:orient="landscape" w:code="1"/>
          <w:pgMar w:top="1304" w:right="1247" w:bottom="1304" w:left="1247" w:header="720" w:footer="720" w:gutter="0"/>
          <w:cols w:space="720"/>
          <w:docGrid w:linePitch="360"/>
        </w:sectPr>
      </w:pPr>
    </w:p>
    <w:p w14:paraId="21A5A4BE" w14:textId="4DBC8550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lastRenderedPageBreak/>
        <w:t>15.</w:t>
      </w:r>
      <w:r w:rsidR="00C37D23">
        <w:rPr>
          <w:lang w:val="ca-ES"/>
        </w:rPr>
        <w:t>5</w:t>
      </w:r>
      <w:r w:rsidRPr="0097359B">
        <w:rPr>
          <w:lang w:val="ca-ES"/>
        </w:rPr>
        <w:t xml:space="preserve"> Punt </w:t>
      </w:r>
      <w:r w:rsidR="00D9695A">
        <w:rPr>
          <w:lang w:val="ca-ES"/>
        </w:rPr>
        <w:t xml:space="preserve">mort o punt </w:t>
      </w:r>
      <w:r w:rsidRPr="0097359B">
        <w:rPr>
          <w:lang w:val="ca-ES"/>
        </w:rPr>
        <w:t>d’equilibri</w:t>
      </w:r>
    </w:p>
    <w:p w14:paraId="21A5A4BF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Clients o vendes necessaris per cobrir costos.</w:t>
      </w:r>
    </w:p>
    <w:p w14:paraId="21A5A4C0" w14:textId="77777777" w:rsidR="004751FB" w:rsidRDefault="004751FB">
      <w:pPr>
        <w:rPr>
          <w:lang w:val="ca-ES"/>
        </w:rPr>
      </w:pPr>
    </w:p>
    <w:p w14:paraId="21A5A4C1" w14:textId="77777777" w:rsidR="00E00F72" w:rsidRDefault="00E00F72">
      <w:pPr>
        <w:rPr>
          <w:lang w:val="ca-ES"/>
        </w:rPr>
      </w:pPr>
    </w:p>
    <w:p w14:paraId="340904B2" w14:textId="77777777" w:rsidR="00417D85" w:rsidRPr="0097359B" w:rsidRDefault="00417D85">
      <w:pPr>
        <w:rPr>
          <w:lang w:val="ca-ES"/>
        </w:rPr>
      </w:pPr>
    </w:p>
    <w:p w14:paraId="21A5A4C2" w14:textId="77777777" w:rsidR="004751FB" w:rsidRPr="0097359B" w:rsidRDefault="004751FB">
      <w:pPr>
        <w:rPr>
          <w:lang w:val="ca-ES"/>
        </w:rPr>
      </w:pPr>
    </w:p>
    <w:p w14:paraId="21A5A4C3" w14:textId="77777777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t>16. PLA D’IMPLEMENTACIÓ</w:t>
      </w:r>
    </w:p>
    <w:p w14:paraId="21A5A4C4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1</w:t>
      </w:r>
      <w:r w:rsidR="00E00F72">
        <w:rPr>
          <w:lang w:val="ca-ES"/>
        </w:rPr>
        <w:t>6</w:t>
      </w:r>
      <w:r w:rsidRPr="0097359B">
        <w:rPr>
          <w:lang w:val="ca-ES"/>
        </w:rPr>
        <w:t>.1 Calendari</w:t>
      </w:r>
    </w:p>
    <w:p w14:paraId="21A5A4C5" w14:textId="77777777" w:rsidR="004751FB" w:rsidRPr="0097359B" w:rsidRDefault="00EB4927">
      <w:pPr>
        <w:rPr>
          <w:lang w:val="ca-ES"/>
        </w:rPr>
      </w:pPr>
      <w:r w:rsidRPr="0097359B">
        <w:rPr>
          <w:lang w:val="ca-ES"/>
        </w:rPr>
        <w:t>Accions, responsables i dates.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67"/>
        <w:gridCol w:w="2234"/>
        <w:gridCol w:w="2016"/>
        <w:gridCol w:w="2031"/>
      </w:tblGrid>
      <w:tr w:rsidR="004751FB" w:rsidRPr="0097359B" w14:paraId="21A5A4CB" w14:textId="77777777" w:rsidTr="00B903E6">
        <w:trPr>
          <w:jc w:val="center"/>
        </w:trPr>
        <w:tc>
          <w:tcPr>
            <w:tcW w:w="3567" w:type="dxa"/>
            <w:shd w:val="clear" w:color="auto" w:fill="D9EAF7"/>
            <w:vAlign w:val="center"/>
          </w:tcPr>
          <w:p w14:paraId="21A5A4C7" w14:textId="77777777" w:rsidR="004751FB" w:rsidRPr="00CA41A3" w:rsidRDefault="00EB4927">
            <w:pPr>
              <w:rPr>
                <w:sz w:val="24"/>
                <w:szCs w:val="24"/>
                <w:lang w:val="ca-ES"/>
              </w:rPr>
            </w:pPr>
            <w:r w:rsidRPr="00CA41A3">
              <w:rPr>
                <w:b/>
                <w:sz w:val="24"/>
                <w:szCs w:val="24"/>
                <w:lang w:val="ca-ES"/>
              </w:rPr>
              <w:t>Acció</w:t>
            </w:r>
          </w:p>
        </w:tc>
        <w:tc>
          <w:tcPr>
            <w:tcW w:w="2234" w:type="dxa"/>
            <w:shd w:val="clear" w:color="auto" w:fill="D9EAF7"/>
            <w:vAlign w:val="center"/>
          </w:tcPr>
          <w:p w14:paraId="21A5A4C8" w14:textId="77777777" w:rsidR="004751FB" w:rsidRPr="00CA41A3" w:rsidRDefault="00EB4927">
            <w:pPr>
              <w:rPr>
                <w:sz w:val="24"/>
                <w:szCs w:val="24"/>
                <w:lang w:val="ca-ES"/>
              </w:rPr>
            </w:pPr>
            <w:r w:rsidRPr="00CA41A3">
              <w:rPr>
                <w:b/>
                <w:sz w:val="24"/>
                <w:szCs w:val="24"/>
                <w:lang w:val="ca-ES"/>
              </w:rPr>
              <w:t>Responsable</w:t>
            </w:r>
          </w:p>
        </w:tc>
        <w:tc>
          <w:tcPr>
            <w:tcW w:w="2016" w:type="dxa"/>
            <w:shd w:val="clear" w:color="auto" w:fill="D9EAF7"/>
            <w:vAlign w:val="center"/>
          </w:tcPr>
          <w:p w14:paraId="21A5A4C9" w14:textId="77777777" w:rsidR="004751FB" w:rsidRPr="00CA41A3" w:rsidRDefault="00EB4927">
            <w:pPr>
              <w:rPr>
                <w:sz w:val="24"/>
                <w:szCs w:val="24"/>
                <w:lang w:val="ca-ES"/>
              </w:rPr>
            </w:pPr>
            <w:r w:rsidRPr="00CA41A3">
              <w:rPr>
                <w:b/>
                <w:sz w:val="24"/>
                <w:szCs w:val="24"/>
                <w:lang w:val="ca-ES"/>
              </w:rPr>
              <w:t>Inici</w:t>
            </w:r>
          </w:p>
        </w:tc>
        <w:tc>
          <w:tcPr>
            <w:tcW w:w="2031" w:type="dxa"/>
            <w:shd w:val="clear" w:color="auto" w:fill="D9EAF7"/>
            <w:vAlign w:val="center"/>
          </w:tcPr>
          <w:p w14:paraId="21A5A4CA" w14:textId="77777777" w:rsidR="004751FB" w:rsidRPr="00CA41A3" w:rsidRDefault="00EB4927">
            <w:pPr>
              <w:rPr>
                <w:sz w:val="24"/>
                <w:szCs w:val="24"/>
                <w:lang w:val="ca-ES"/>
              </w:rPr>
            </w:pPr>
            <w:r w:rsidRPr="00CA41A3">
              <w:rPr>
                <w:b/>
                <w:sz w:val="24"/>
                <w:szCs w:val="24"/>
                <w:lang w:val="ca-ES"/>
              </w:rPr>
              <w:t>Final</w:t>
            </w:r>
          </w:p>
        </w:tc>
      </w:tr>
      <w:tr w:rsidR="004751FB" w:rsidRPr="0097359B" w14:paraId="21A5A4D0" w14:textId="77777777" w:rsidTr="00B903E6">
        <w:trPr>
          <w:jc w:val="center"/>
        </w:trPr>
        <w:tc>
          <w:tcPr>
            <w:tcW w:w="3567" w:type="dxa"/>
            <w:vAlign w:val="center"/>
          </w:tcPr>
          <w:p w14:paraId="21A5A4C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14:paraId="21A5A4C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14:paraId="21A5A4C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031" w:type="dxa"/>
            <w:vAlign w:val="center"/>
          </w:tcPr>
          <w:p w14:paraId="21A5A4CF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D5" w14:textId="77777777" w:rsidTr="00B903E6">
        <w:trPr>
          <w:jc w:val="center"/>
        </w:trPr>
        <w:tc>
          <w:tcPr>
            <w:tcW w:w="3567" w:type="dxa"/>
            <w:vAlign w:val="center"/>
          </w:tcPr>
          <w:p w14:paraId="21A5A4D1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14:paraId="21A5A4D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14:paraId="21A5A4D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031" w:type="dxa"/>
            <w:vAlign w:val="center"/>
          </w:tcPr>
          <w:p w14:paraId="21A5A4D4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DA" w14:textId="77777777" w:rsidTr="00B903E6">
        <w:trPr>
          <w:jc w:val="center"/>
        </w:trPr>
        <w:tc>
          <w:tcPr>
            <w:tcW w:w="3567" w:type="dxa"/>
            <w:vAlign w:val="center"/>
          </w:tcPr>
          <w:p w14:paraId="21A5A4D6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14:paraId="21A5A4D7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14:paraId="21A5A4D8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031" w:type="dxa"/>
            <w:vAlign w:val="center"/>
          </w:tcPr>
          <w:p w14:paraId="21A5A4D9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DF" w14:textId="77777777" w:rsidTr="00B903E6">
        <w:trPr>
          <w:jc w:val="center"/>
        </w:trPr>
        <w:tc>
          <w:tcPr>
            <w:tcW w:w="3567" w:type="dxa"/>
            <w:vAlign w:val="center"/>
          </w:tcPr>
          <w:p w14:paraId="21A5A4DB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14:paraId="21A5A4DC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14:paraId="21A5A4DD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031" w:type="dxa"/>
            <w:vAlign w:val="center"/>
          </w:tcPr>
          <w:p w14:paraId="21A5A4DE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4751FB" w:rsidRPr="0097359B" w14:paraId="21A5A4E4" w14:textId="77777777" w:rsidTr="00B903E6">
        <w:trPr>
          <w:jc w:val="center"/>
        </w:trPr>
        <w:tc>
          <w:tcPr>
            <w:tcW w:w="3567" w:type="dxa"/>
            <w:vAlign w:val="center"/>
          </w:tcPr>
          <w:p w14:paraId="21A5A4E0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14:paraId="21A5A4E1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14:paraId="21A5A4E2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2031" w:type="dxa"/>
            <w:vAlign w:val="center"/>
          </w:tcPr>
          <w:p w14:paraId="21A5A4E3" w14:textId="77777777" w:rsidR="004751FB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21A5A4F6" w14:textId="34566B0A" w:rsidR="004751FB" w:rsidRPr="0097359B" w:rsidRDefault="00EB4927">
      <w:pPr>
        <w:pStyle w:val="Ttulo1"/>
        <w:rPr>
          <w:lang w:val="ca-ES"/>
        </w:rPr>
      </w:pPr>
      <w:r w:rsidRPr="0097359B">
        <w:rPr>
          <w:lang w:val="ca-ES"/>
        </w:rPr>
        <w:t>ANNEXOS</w:t>
      </w:r>
    </w:p>
    <w:p w14:paraId="21A5A4F7" w14:textId="77777777" w:rsidR="004751FB" w:rsidRPr="0097359B" w:rsidRDefault="00EB4927">
      <w:pPr>
        <w:pStyle w:val="Ttulo2"/>
        <w:rPr>
          <w:lang w:val="ca-ES"/>
        </w:rPr>
      </w:pPr>
      <w:r w:rsidRPr="0097359B">
        <w:rPr>
          <w:lang w:val="ca-ES"/>
        </w:rPr>
        <w:t>Documents de suport</w:t>
      </w:r>
    </w:p>
    <w:p w14:paraId="21A5A4F9" w14:textId="74D18F61" w:rsidR="004751FB" w:rsidRPr="0097359B" w:rsidRDefault="000510C7">
      <w:pPr>
        <w:rPr>
          <w:lang w:val="ca-ES"/>
        </w:rPr>
      </w:pPr>
      <w:r w:rsidRPr="00E00F72">
        <w:rPr>
          <w:lang w:val="ca-ES"/>
        </w:rPr>
        <w:t>Es poden adjuntar</w:t>
      </w:r>
      <w:r w:rsidR="00EB4927" w:rsidRPr="00E00F72">
        <w:rPr>
          <w:lang w:val="ca-ES"/>
        </w:rPr>
        <w:t xml:space="preserve">: </w:t>
      </w:r>
      <w:r w:rsidR="00E00F72" w:rsidRPr="00E00F72">
        <w:rPr>
          <w:lang w:val="ca-ES"/>
        </w:rPr>
        <w:t>p</w:t>
      </w:r>
      <w:r w:rsidR="00EB4927" w:rsidRPr="00E00F72">
        <w:rPr>
          <w:lang w:val="ca-ES"/>
        </w:rPr>
        <w:t>ressupostos</w:t>
      </w:r>
      <w:r w:rsidR="00EB4927" w:rsidRPr="0097359B">
        <w:rPr>
          <w:lang w:val="ca-ES"/>
        </w:rPr>
        <w:t>, currículums, fotografies/plànols, estudis, tarifes, catàlegs, llicències i altres.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57"/>
        <w:gridCol w:w="6919"/>
      </w:tblGrid>
      <w:tr w:rsidR="00EB4927" w:rsidRPr="0097359B" w14:paraId="21A5A4FC" w14:textId="77777777" w:rsidTr="000510C7">
        <w:trPr>
          <w:jc w:val="center"/>
        </w:trPr>
        <w:tc>
          <w:tcPr>
            <w:tcW w:w="1257" w:type="dxa"/>
            <w:shd w:val="clear" w:color="auto" w:fill="D9EAF7"/>
            <w:vAlign w:val="center"/>
          </w:tcPr>
          <w:p w14:paraId="21A5A4FA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Annex</w:t>
            </w:r>
          </w:p>
        </w:tc>
        <w:tc>
          <w:tcPr>
            <w:tcW w:w="6919" w:type="dxa"/>
            <w:shd w:val="clear" w:color="auto" w:fill="D9EAF7"/>
            <w:vAlign w:val="center"/>
          </w:tcPr>
          <w:p w14:paraId="21A5A4FB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b/>
                <w:sz w:val="18"/>
                <w:lang w:val="ca-ES"/>
              </w:rPr>
              <w:t>Descripció</w:t>
            </w:r>
          </w:p>
        </w:tc>
      </w:tr>
      <w:tr w:rsidR="00EB4927" w:rsidRPr="0097359B" w14:paraId="21A5A4FF" w14:textId="77777777" w:rsidTr="000510C7">
        <w:trPr>
          <w:jc w:val="center"/>
        </w:trPr>
        <w:tc>
          <w:tcPr>
            <w:tcW w:w="1257" w:type="dxa"/>
            <w:vAlign w:val="center"/>
          </w:tcPr>
          <w:p w14:paraId="21A5A4FD" w14:textId="77777777" w:rsidR="00EB4927" w:rsidRPr="0097359B" w:rsidRDefault="00E00F72">
            <w:pPr>
              <w:rPr>
                <w:lang w:val="ca-ES"/>
              </w:rPr>
            </w:pPr>
            <w:r>
              <w:rPr>
                <w:sz w:val="18"/>
                <w:lang w:val="ca-ES"/>
              </w:rPr>
              <w:t xml:space="preserve"> </w:t>
            </w:r>
            <w:r w:rsidR="000510C7" w:rsidRPr="0097359B">
              <w:rPr>
                <w:sz w:val="18"/>
                <w:lang w:val="ca-ES"/>
              </w:rPr>
              <w:t>Annex 1</w:t>
            </w:r>
            <w:r w:rsidR="00EB4927"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6919" w:type="dxa"/>
            <w:vAlign w:val="center"/>
          </w:tcPr>
          <w:p w14:paraId="21A5A4FE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EB4927" w:rsidRPr="0097359B" w14:paraId="21A5A502" w14:textId="77777777" w:rsidTr="000510C7">
        <w:trPr>
          <w:jc w:val="center"/>
        </w:trPr>
        <w:tc>
          <w:tcPr>
            <w:tcW w:w="1257" w:type="dxa"/>
            <w:vAlign w:val="center"/>
          </w:tcPr>
          <w:p w14:paraId="21A5A500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  <w:r w:rsidR="000510C7" w:rsidRPr="0097359B">
              <w:rPr>
                <w:sz w:val="18"/>
                <w:lang w:val="ca-ES"/>
              </w:rPr>
              <w:t>Annex 2</w:t>
            </w:r>
          </w:p>
        </w:tc>
        <w:tc>
          <w:tcPr>
            <w:tcW w:w="6919" w:type="dxa"/>
            <w:vAlign w:val="center"/>
          </w:tcPr>
          <w:p w14:paraId="21A5A501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EB4927" w:rsidRPr="0097359B" w14:paraId="21A5A505" w14:textId="77777777" w:rsidTr="000510C7">
        <w:trPr>
          <w:jc w:val="center"/>
        </w:trPr>
        <w:tc>
          <w:tcPr>
            <w:tcW w:w="1257" w:type="dxa"/>
            <w:vAlign w:val="center"/>
          </w:tcPr>
          <w:p w14:paraId="21A5A503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  <w:r w:rsidR="000510C7" w:rsidRPr="0097359B">
              <w:rPr>
                <w:sz w:val="18"/>
                <w:lang w:val="ca-ES"/>
              </w:rPr>
              <w:t>Annex 3</w:t>
            </w:r>
          </w:p>
        </w:tc>
        <w:tc>
          <w:tcPr>
            <w:tcW w:w="6919" w:type="dxa"/>
            <w:vAlign w:val="center"/>
          </w:tcPr>
          <w:p w14:paraId="21A5A504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EB4927" w:rsidRPr="0097359B" w14:paraId="21A5A508" w14:textId="77777777" w:rsidTr="000510C7">
        <w:trPr>
          <w:jc w:val="center"/>
        </w:trPr>
        <w:tc>
          <w:tcPr>
            <w:tcW w:w="1257" w:type="dxa"/>
            <w:vAlign w:val="center"/>
          </w:tcPr>
          <w:p w14:paraId="21A5A506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6919" w:type="dxa"/>
            <w:vAlign w:val="center"/>
          </w:tcPr>
          <w:p w14:paraId="21A5A507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  <w:tr w:rsidR="00EB4927" w:rsidRPr="0097359B" w14:paraId="21A5A50B" w14:textId="77777777" w:rsidTr="000510C7">
        <w:trPr>
          <w:jc w:val="center"/>
        </w:trPr>
        <w:tc>
          <w:tcPr>
            <w:tcW w:w="1257" w:type="dxa"/>
            <w:vAlign w:val="center"/>
          </w:tcPr>
          <w:p w14:paraId="21A5A509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  <w:tc>
          <w:tcPr>
            <w:tcW w:w="6919" w:type="dxa"/>
            <w:vAlign w:val="center"/>
          </w:tcPr>
          <w:p w14:paraId="21A5A50A" w14:textId="77777777" w:rsidR="00EB4927" w:rsidRPr="0097359B" w:rsidRDefault="00EB4927">
            <w:pPr>
              <w:rPr>
                <w:lang w:val="ca-ES"/>
              </w:rPr>
            </w:pPr>
            <w:r w:rsidRPr="0097359B">
              <w:rPr>
                <w:sz w:val="18"/>
                <w:lang w:val="ca-ES"/>
              </w:rPr>
              <w:t xml:space="preserve"> </w:t>
            </w:r>
          </w:p>
        </w:tc>
      </w:tr>
    </w:tbl>
    <w:p w14:paraId="3849B92C" w14:textId="77777777" w:rsidR="00CB6F45" w:rsidRDefault="00CB6F45">
      <w:pPr>
        <w:rPr>
          <w:lang w:val="ca-ES"/>
        </w:rPr>
      </w:pPr>
    </w:p>
    <w:p w14:paraId="7AB33BBC" w14:textId="77777777" w:rsidR="00CB6F45" w:rsidRDefault="00CB6F45">
      <w:pPr>
        <w:rPr>
          <w:lang w:val="ca-ES"/>
        </w:rPr>
      </w:pPr>
    </w:p>
    <w:p w14:paraId="42FF5998" w14:textId="5E07CD83" w:rsidR="00CB6F45" w:rsidRDefault="00413BFD">
      <w:pPr>
        <w:rPr>
          <w:lang w:val="ca-ES"/>
        </w:rPr>
      </w:pPr>
      <w:r>
        <w:rPr>
          <w:lang w:val="ca-ES"/>
        </w:rPr>
        <w:t>Signatura electrònica</w:t>
      </w:r>
    </w:p>
    <w:p w14:paraId="5285278B" w14:textId="22DE8681" w:rsidR="00413BFD" w:rsidRPr="0097359B" w:rsidRDefault="00413BFD">
      <w:pPr>
        <w:rPr>
          <w:lang w:val="ca-ES"/>
        </w:rPr>
      </w:pPr>
      <w:r>
        <w:rPr>
          <w:lang w:val="ca-ES"/>
        </w:rPr>
        <w:t>Nom: _________________</w:t>
      </w:r>
    </w:p>
    <w:sectPr w:rsidR="00413BFD" w:rsidRPr="0097359B" w:rsidSect="005F779C">
      <w:pgSz w:w="12240" w:h="15840" w:code="1"/>
      <w:pgMar w:top="1247" w:right="1304" w:bottom="1247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24AD7" w14:textId="77777777" w:rsidR="00544AF2" w:rsidRDefault="00544AF2">
      <w:pPr>
        <w:spacing w:after="0" w:line="240" w:lineRule="auto"/>
      </w:pPr>
      <w:r>
        <w:separator/>
      </w:r>
    </w:p>
  </w:endnote>
  <w:endnote w:type="continuationSeparator" w:id="0">
    <w:p w14:paraId="67DA6D32" w14:textId="77777777" w:rsidR="00544AF2" w:rsidRDefault="00544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5A51A" w14:textId="0AEABA17" w:rsidR="0097359B" w:rsidRDefault="0097359B">
    <w:pPr>
      <w:pStyle w:val="Piedepgina"/>
      <w:jc w:val="center"/>
    </w:pPr>
    <w:r>
      <w:fldChar w:fldCharType="begin"/>
    </w:r>
    <w:r>
      <w:instrText>PAGE</w:instrText>
    </w:r>
    <w:r>
      <w:fldChar w:fldCharType="separate"/>
    </w:r>
    <w:r w:rsidR="00E00F72">
      <w:rPr>
        <w:rFonts w:hint="eastAsia"/>
        <w:noProof/>
      </w:rPr>
      <w:t>17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0AE29" w14:textId="77777777" w:rsidR="00544AF2" w:rsidRDefault="00544AF2">
      <w:pPr>
        <w:spacing w:after="0" w:line="240" w:lineRule="auto"/>
      </w:pPr>
      <w:r>
        <w:separator/>
      </w:r>
    </w:p>
  </w:footnote>
  <w:footnote w:type="continuationSeparator" w:id="0">
    <w:p w14:paraId="6461E64B" w14:textId="77777777" w:rsidR="00544AF2" w:rsidRDefault="00544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7D831" w14:textId="44B86DDC" w:rsidR="00DE25C9" w:rsidRDefault="00DE25C9" w:rsidP="00F80ABB">
    <w:pPr>
      <w:pStyle w:val="NormalWeb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215E15" wp14:editId="6657FD75">
          <wp:simplePos x="0" y="0"/>
          <wp:positionH relativeFrom="column">
            <wp:posOffset>5146040</wp:posOffset>
          </wp:positionH>
          <wp:positionV relativeFrom="paragraph">
            <wp:posOffset>-180340</wp:posOffset>
          </wp:positionV>
          <wp:extent cx="1420495" cy="757455"/>
          <wp:effectExtent l="0" t="0" r="8255" b="5080"/>
          <wp:wrapSquare wrapText="bothSides"/>
          <wp:docPr id="53485614" name="Imagen 534856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757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E31DDA" w14:textId="01C6DA7C" w:rsidR="00F45972" w:rsidRDefault="00F45972" w:rsidP="00F80ABB">
    <w:pPr>
      <w:pStyle w:val="NormalWe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485303"/>
    <w:multiLevelType w:val="singleLevel"/>
    <w:tmpl w:val="86BEA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6E0164E"/>
    <w:multiLevelType w:val="singleLevel"/>
    <w:tmpl w:val="86BEA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190459A"/>
    <w:multiLevelType w:val="singleLevel"/>
    <w:tmpl w:val="86BEA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66E7F1A"/>
    <w:multiLevelType w:val="singleLevel"/>
    <w:tmpl w:val="86BEA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75B0843"/>
    <w:multiLevelType w:val="singleLevel"/>
    <w:tmpl w:val="86BEA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36C60E3"/>
    <w:multiLevelType w:val="singleLevel"/>
    <w:tmpl w:val="86BEA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3EF1E3E"/>
    <w:multiLevelType w:val="singleLevel"/>
    <w:tmpl w:val="86BEA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6756186"/>
    <w:multiLevelType w:val="singleLevel"/>
    <w:tmpl w:val="86BEA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579281">
    <w:abstractNumId w:val="8"/>
  </w:num>
  <w:num w:numId="2" w16cid:durableId="1169444248">
    <w:abstractNumId w:val="6"/>
  </w:num>
  <w:num w:numId="3" w16cid:durableId="1505241791">
    <w:abstractNumId w:val="5"/>
  </w:num>
  <w:num w:numId="4" w16cid:durableId="716053227">
    <w:abstractNumId w:val="4"/>
  </w:num>
  <w:num w:numId="5" w16cid:durableId="673186492">
    <w:abstractNumId w:val="7"/>
  </w:num>
  <w:num w:numId="6" w16cid:durableId="288820979">
    <w:abstractNumId w:val="3"/>
  </w:num>
  <w:num w:numId="7" w16cid:durableId="1017388638">
    <w:abstractNumId w:val="2"/>
  </w:num>
  <w:num w:numId="8" w16cid:durableId="1987204851">
    <w:abstractNumId w:val="1"/>
  </w:num>
  <w:num w:numId="9" w16cid:durableId="2056156870">
    <w:abstractNumId w:val="0"/>
  </w:num>
  <w:num w:numId="10" w16cid:durableId="1901213028">
    <w:abstractNumId w:val="15"/>
  </w:num>
  <w:num w:numId="11" w16cid:durableId="1107964563">
    <w:abstractNumId w:val="11"/>
  </w:num>
  <w:num w:numId="12" w16cid:durableId="995492341">
    <w:abstractNumId w:val="13"/>
  </w:num>
  <w:num w:numId="13" w16cid:durableId="353580172">
    <w:abstractNumId w:val="10"/>
  </w:num>
  <w:num w:numId="14" w16cid:durableId="748648781">
    <w:abstractNumId w:val="12"/>
  </w:num>
  <w:num w:numId="15" w16cid:durableId="1531532889">
    <w:abstractNumId w:val="16"/>
  </w:num>
  <w:num w:numId="16" w16cid:durableId="653027377">
    <w:abstractNumId w:val="9"/>
  </w:num>
  <w:num w:numId="17" w16cid:durableId="8290590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313"/>
    <w:rsid w:val="00034616"/>
    <w:rsid w:val="000510C7"/>
    <w:rsid w:val="0006063C"/>
    <w:rsid w:val="00061801"/>
    <w:rsid w:val="00064B88"/>
    <w:rsid w:val="000978B7"/>
    <w:rsid w:val="000A5A6A"/>
    <w:rsid w:val="000B4DD2"/>
    <w:rsid w:val="00110555"/>
    <w:rsid w:val="00111F9E"/>
    <w:rsid w:val="00135DA5"/>
    <w:rsid w:val="00142355"/>
    <w:rsid w:val="0015074B"/>
    <w:rsid w:val="00172019"/>
    <w:rsid w:val="00182524"/>
    <w:rsid w:val="001C73BB"/>
    <w:rsid w:val="001D5176"/>
    <w:rsid w:val="002545EB"/>
    <w:rsid w:val="0029639D"/>
    <w:rsid w:val="002B3ED1"/>
    <w:rsid w:val="002F1F4E"/>
    <w:rsid w:val="002F5510"/>
    <w:rsid w:val="00317420"/>
    <w:rsid w:val="00326F90"/>
    <w:rsid w:val="00333090"/>
    <w:rsid w:val="0037393D"/>
    <w:rsid w:val="00375456"/>
    <w:rsid w:val="0038091C"/>
    <w:rsid w:val="003A44C9"/>
    <w:rsid w:val="003C0D63"/>
    <w:rsid w:val="003F2E63"/>
    <w:rsid w:val="00413BFD"/>
    <w:rsid w:val="00417D85"/>
    <w:rsid w:val="004270D8"/>
    <w:rsid w:val="004450C3"/>
    <w:rsid w:val="00451155"/>
    <w:rsid w:val="004751FB"/>
    <w:rsid w:val="00480CDB"/>
    <w:rsid w:val="004A6C71"/>
    <w:rsid w:val="004D5EA8"/>
    <w:rsid w:val="004F4859"/>
    <w:rsid w:val="00544AF2"/>
    <w:rsid w:val="00546276"/>
    <w:rsid w:val="005479B4"/>
    <w:rsid w:val="00562A69"/>
    <w:rsid w:val="00565C87"/>
    <w:rsid w:val="005D235B"/>
    <w:rsid w:val="005F779C"/>
    <w:rsid w:val="006510D4"/>
    <w:rsid w:val="006E78E0"/>
    <w:rsid w:val="006E78F2"/>
    <w:rsid w:val="006F7FAB"/>
    <w:rsid w:val="00720680"/>
    <w:rsid w:val="007254A7"/>
    <w:rsid w:val="007462B3"/>
    <w:rsid w:val="00776825"/>
    <w:rsid w:val="00792B2B"/>
    <w:rsid w:val="007A2018"/>
    <w:rsid w:val="007B765A"/>
    <w:rsid w:val="007C5311"/>
    <w:rsid w:val="007F128B"/>
    <w:rsid w:val="008105EB"/>
    <w:rsid w:val="008117D8"/>
    <w:rsid w:val="008337B6"/>
    <w:rsid w:val="00833C48"/>
    <w:rsid w:val="00836BBC"/>
    <w:rsid w:val="008E5244"/>
    <w:rsid w:val="008E579D"/>
    <w:rsid w:val="008F5DF6"/>
    <w:rsid w:val="00942C11"/>
    <w:rsid w:val="0097359B"/>
    <w:rsid w:val="00982256"/>
    <w:rsid w:val="00A254F0"/>
    <w:rsid w:val="00A72CB6"/>
    <w:rsid w:val="00A82F11"/>
    <w:rsid w:val="00AA1D8D"/>
    <w:rsid w:val="00AB6C6A"/>
    <w:rsid w:val="00AE6C1D"/>
    <w:rsid w:val="00B34383"/>
    <w:rsid w:val="00B47730"/>
    <w:rsid w:val="00B76F61"/>
    <w:rsid w:val="00B8419A"/>
    <w:rsid w:val="00B903E6"/>
    <w:rsid w:val="00BB2DE9"/>
    <w:rsid w:val="00BE6860"/>
    <w:rsid w:val="00C0388F"/>
    <w:rsid w:val="00C07609"/>
    <w:rsid w:val="00C37D23"/>
    <w:rsid w:val="00C4690D"/>
    <w:rsid w:val="00C672E0"/>
    <w:rsid w:val="00C728E1"/>
    <w:rsid w:val="00CA41A3"/>
    <w:rsid w:val="00CB0664"/>
    <w:rsid w:val="00CB06D1"/>
    <w:rsid w:val="00CB6F45"/>
    <w:rsid w:val="00CF6C47"/>
    <w:rsid w:val="00D17A66"/>
    <w:rsid w:val="00D227E2"/>
    <w:rsid w:val="00D54668"/>
    <w:rsid w:val="00D549FA"/>
    <w:rsid w:val="00D9695A"/>
    <w:rsid w:val="00DA4FA6"/>
    <w:rsid w:val="00DC2636"/>
    <w:rsid w:val="00DE25C9"/>
    <w:rsid w:val="00E00F72"/>
    <w:rsid w:val="00E12B7C"/>
    <w:rsid w:val="00E5214A"/>
    <w:rsid w:val="00E52DF3"/>
    <w:rsid w:val="00EB1425"/>
    <w:rsid w:val="00EB4927"/>
    <w:rsid w:val="00ED1EC0"/>
    <w:rsid w:val="00EF6096"/>
    <w:rsid w:val="00F14A70"/>
    <w:rsid w:val="00F225A9"/>
    <w:rsid w:val="00F40E39"/>
    <w:rsid w:val="00F45972"/>
    <w:rsid w:val="00F73B86"/>
    <w:rsid w:val="00F80ABB"/>
    <w:rsid w:val="00F83CAD"/>
    <w:rsid w:val="00F94157"/>
    <w:rsid w:val="00FA0C02"/>
    <w:rsid w:val="00FB3D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A5A1E8"/>
  <w14:defaultImageDpi w14:val="300"/>
  <w15:docId w15:val="{8E5A3DCD-60E0-4D07-A495-840212DE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F14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0BD817D4F7104AB555D41637701F11" ma:contentTypeVersion="16" ma:contentTypeDescription="Crear nuevo documento." ma:contentTypeScope="" ma:versionID="0e07f7f3446715e464ac8c5b19f1fcae">
  <xsd:schema xmlns:xsd="http://www.w3.org/2001/XMLSchema" xmlns:xs="http://www.w3.org/2001/XMLSchema" xmlns:p="http://schemas.microsoft.com/office/2006/metadata/properties" xmlns:ns2="6b48492d-f356-4d12-bb1c-47d227078128" xmlns:ns3="f79d02b0-9fcc-42bd-b734-b70288b79080" targetNamespace="http://schemas.microsoft.com/office/2006/metadata/properties" ma:root="true" ma:fieldsID="9e7ed0e0f6fa2f529d8548436f80245a" ns2:_="" ns3:_="">
    <xsd:import namespace="6b48492d-f356-4d12-bb1c-47d227078128"/>
    <xsd:import namespace="f79d02b0-9fcc-42bd-b734-b70288b790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8492d-f356-4d12-bb1c-47d2270781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77ff81a7-c176-4fed-8f91-f68dcdb894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d02b0-9fcc-42bd-b734-b70288b7908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1d3f924-66d5-48d7-82d9-77ad64babee5}" ma:internalName="TaxCatchAll" ma:showField="CatchAllData" ma:web="f79d02b0-9fcc-42bd-b734-b70288b790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48492d-f356-4d12-bb1c-47d227078128">
      <Terms xmlns="http://schemas.microsoft.com/office/infopath/2007/PartnerControls"/>
    </lcf76f155ced4ddcb4097134ff3c332f>
    <TaxCatchAll xmlns="f79d02b0-9fcc-42bd-b734-b70288b79080" xsi:nil="true"/>
  </documentManagement>
</p:properties>
</file>

<file path=customXml/itemProps1.xml><?xml version="1.0" encoding="utf-8"?>
<ds:datastoreItem xmlns:ds="http://schemas.openxmlformats.org/officeDocument/2006/customXml" ds:itemID="{608AE8DA-2134-4D2B-9922-1C1618459C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A1067A-3061-4C8D-8720-77F02F5F789D}"/>
</file>

<file path=customXml/itemProps3.xml><?xml version="1.0" encoding="utf-8"?>
<ds:datastoreItem xmlns:ds="http://schemas.openxmlformats.org/officeDocument/2006/customXml" ds:itemID="{4E8FF885-B8D4-43EA-B6EE-82C0C0CF1F61}"/>
</file>

<file path=customXml/itemProps4.xml><?xml version="1.0" encoding="utf-8"?>
<ds:datastoreItem xmlns:ds="http://schemas.openxmlformats.org/officeDocument/2006/customXml" ds:itemID="{97DA3416-1D0D-462A-85CD-2DCBEE8B25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27</Pages>
  <Words>2416</Words>
  <Characters>13289</Characters>
  <Application>Microsoft Office Word</Application>
  <DocSecurity>0</DocSecurity>
  <Lines>110</Lines>
  <Paragraphs>31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Marisa Benitez i Florejachs</cp:lastModifiedBy>
  <cp:revision>105</cp:revision>
  <dcterms:created xsi:type="dcterms:W3CDTF">2013-12-23T23:15:00Z</dcterms:created>
  <dcterms:modified xsi:type="dcterms:W3CDTF">2026-10-01T08:30:00Z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0x010100310BD817D4F7104AB555D41637701F11</vt:lpwstr>
  </property>
</Properties>
</file>